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849A2" w14:textId="143021C7" w:rsidR="00255710" w:rsidRDefault="0054784C">
      <w:pPr>
        <w:spacing w:after="80"/>
        <w:jc w:val="center"/>
        <w:rPr>
          <w:lang w:eastAsia="ja-JP"/>
        </w:rPr>
      </w:pPr>
      <w:r>
        <w:rPr>
          <w:rFonts w:ascii="ＭＳ ゴシック" w:eastAsia="ＭＳ ゴシック" w:hAnsi="ＭＳ ゴシック"/>
          <w:b/>
          <w:sz w:val="28"/>
          <w:lang w:eastAsia="ja-JP"/>
        </w:rPr>
        <w:t>優良</w:t>
      </w:r>
      <w:r w:rsidR="00CF5E7C">
        <w:rPr>
          <w:rFonts w:ascii="ＭＳ ゴシック" w:eastAsia="ＭＳ ゴシック" w:hAnsi="ＭＳ ゴシック"/>
          <w:b/>
          <w:sz w:val="28"/>
          <w:lang w:eastAsia="ja-JP"/>
        </w:rPr>
        <w:t>溶接閉鎖せん断</w:t>
      </w:r>
      <w:r>
        <w:rPr>
          <w:rFonts w:ascii="ＭＳ ゴシック" w:eastAsia="ＭＳ ゴシック" w:hAnsi="ＭＳ ゴシック"/>
          <w:b/>
          <w:sz w:val="28"/>
          <w:lang w:eastAsia="ja-JP"/>
        </w:rPr>
        <w:t>補強筋製造会社認定申請（申請者記入）チェック票</w:t>
      </w:r>
    </w:p>
    <w:p w14:paraId="508D9A4D" w14:textId="77777777" w:rsidR="00255710" w:rsidRDefault="0054784C">
      <w:pPr>
        <w:spacing w:after="160"/>
        <w:jc w:val="center"/>
        <w:rPr>
          <w:lang w:eastAsia="zh-CN"/>
        </w:rPr>
      </w:pPr>
      <w:r>
        <w:rPr>
          <w:rFonts w:ascii="ＭＳ ゴシック" w:eastAsia="ＭＳ ゴシック" w:hAnsi="ＭＳ ゴシック"/>
          <w:lang w:eastAsia="zh-CN"/>
        </w:rPr>
        <w:t>公益社団法人日本鉄筋継手協会</w:t>
      </w:r>
    </w:p>
    <w:p w14:paraId="56874909" w14:textId="77777777" w:rsidR="00076447" w:rsidRDefault="00076447">
      <w:pPr>
        <w:spacing w:before="160" w:after="80"/>
        <w:rPr>
          <w:rFonts w:ascii="ＭＳ ゴシック" w:eastAsia="ＭＳ ゴシック" w:hAnsi="ＭＳ ゴシック"/>
          <w:b/>
          <w:lang w:eastAsia="zh-CN"/>
        </w:rPr>
      </w:pPr>
    </w:p>
    <w:p w14:paraId="309A2FAD" w14:textId="0C37DF89" w:rsidR="00255710" w:rsidRDefault="00076447">
      <w:pPr>
        <w:spacing w:before="160" w:after="80"/>
        <w:rPr>
          <w:lang w:eastAsia="ja-JP"/>
        </w:rPr>
      </w:pPr>
      <w:r>
        <w:rPr>
          <w:rFonts w:ascii="ＭＳ ゴシック" w:eastAsia="ＭＳ ゴシック" w:hAnsi="ＭＳ ゴシック"/>
          <w:b/>
          <w:lang w:eastAsia="ja-JP"/>
        </w:rPr>
        <w:t>Ⅰ</w:t>
      </w:r>
      <w:r w:rsidR="0054784C">
        <w:rPr>
          <w:rFonts w:ascii="ＭＳ ゴシック" w:eastAsia="ＭＳ ゴシック" w:hAnsi="ＭＳ ゴシック"/>
          <w:b/>
          <w:lang w:eastAsia="ja-JP"/>
        </w:rPr>
        <w:t>．申請（</w:t>
      </w:r>
      <w:r w:rsidR="00F40BCF">
        <w:rPr>
          <w:rFonts w:ascii="ＭＳ ゴシック" w:eastAsia="ＭＳ ゴシック" w:hAnsi="ＭＳ ゴシック"/>
          <w:b/>
          <w:lang w:eastAsia="ja-JP"/>
        </w:rPr>
        <w:t>区分</w:t>
      </w:r>
      <w:r w:rsidR="00F40BCF">
        <w:rPr>
          <w:rFonts w:ascii="ＭＳ ゴシック" w:eastAsia="ＭＳ ゴシック" w:hAnsi="ＭＳ ゴシック" w:hint="eastAsia"/>
          <w:b/>
          <w:lang w:eastAsia="ja-JP"/>
        </w:rPr>
        <w:t>・</w:t>
      </w:r>
      <w:r w:rsidR="0054784C">
        <w:rPr>
          <w:rFonts w:ascii="ＭＳ ゴシック" w:eastAsia="ＭＳ ゴシック" w:hAnsi="ＭＳ ゴシック"/>
          <w:b/>
          <w:lang w:eastAsia="ja-JP"/>
        </w:rPr>
        <w:t>内容）</w:t>
      </w:r>
    </w:p>
    <w:p w14:paraId="2623C336" w14:textId="77777777" w:rsidR="00255710" w:rsidRPr="009F3F95" w:rsidRDefault="0054784C">
      <w:pPr>
        <w:spacing w:before="40" w:after="40"/>
        <w:rPr>
          <w:sz w:val="20"/>
          <w:szCs w:val="20"/>
          <w:lang w:eastAsia="ja-JP"/>
        </w:rPr>
      </w:pPr>
      <w:r w:rsidRPr="009F3F95">
        <w:rPr>
          <w:rFonts w:ascii="ＭＳ ゴシック" w:eastAsia="ＭＳ ゴシック" w:hAnsi="ＭＳ ゴシック"/>
          <w:sz w:val="20"/>
          <w:szCs w:val="20"/>
          <w:lang w:eastAsia="ja-JP"/>
        </w:rPr>
        <w:t xml:space="preserve">　該当の申請に✓を入れてください</w:t>
      </w:r>
    </w:p>
    <w:tbl>
      <w:tblPr>
        <w:tblStyle w:val="af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79"/>
      </w:tblGrid>
      <w:tr w:rsidR="00255710" w:rsidRPr="009F3F95" w14:paraId="5F7D50DC" w14:textId="77777777" w:rsidTr="0007579B">
        <w:tc>
          <w:tcPr>
            <w:tcW w:w="9679" w:type="dxa"/>
          </w:tcPr>
          <w:p w14:paraId="4504AD68" w14:textId="4E86A2F0" w:rsidR="00255710" w:rsidRPr="009F3F95" w:rsidRDefault="0054784C">
            <w:pPr>
              <w:spacing w:before="40" w:after="40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 xml:space="preserve">☐　</w:t>
            </w:r>
            <w:r w:rsidR="00F40BCF"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【新規】優良</w:t>
            </w:r>
            <w:r w:rsidR="00CF5E7C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溶接閉鎖せん断</w:t>
            </w:r>
            <w:r w:rsidR="00F40BCF"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補強筋製造会社認定申請</w:t>
            </w:r>
          </w:p>
        </w:tc>
      </w:tr>
      <w:tr w:rsidR="00255710" w:rsidRPr="009F3F95" w14:paraId="79B274AF" w14:textId="77777777" w:rsidTr="0007579B">
        <w:tc>
          <w:tcPr>
            <w:tcW w:w="9679" w:type="dxa"/>
          </w:tcPr>
          <w:p w14:paraId="6593FF35" w14:textId="292CDA0A" w:rsidR="00255710" w:rsidRPr="009F3F95" w:rsidRDefault="0054784C">
            <w:pPr>
              <w:spacing w:before="40" w:after="40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 xml:space="preserve">☐　</w:t>
            </w:r>
            <w:r w:rsidR="00F40BCF"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【更新】優良</w:t>
            </w:r>
            <w:r w:rsidR="00CF5E7C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溶接閉鎖せん断</w:t>
            </w:r>
            <w:r w:rsidR="00F40BCF"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補強筋製造会社認定申請</w:t>
            </w:r>
          </w:p>
        </w:tc>
      </w:tr>
      <w:tr w:rsidR="00255710" w:rsidRPr="009F3F95" w14:paraId="22511C3F" w14:textId="77777777" w:rsidTr="0007579B">
        <w:tc>
          <w:tcPr>
            <w:tcW w:w="9679" w:type="dxa"/>
          </w:tcPr>
          <w:p w14:paraId="4E335502" w14:textId="725F5C2A" w:rsidR="00255710" w:rsidRPr="009F3F95" w:rsidRDefault="0054784C">
            <w:pPr>
              <w:spacing w:before="40" w:after="40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 xml:space="preserve">　　☐　１．</w:t>
            </w:r>
            <w:r w:rsidR="00F54C8B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重大な追加・変更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がある・</w:t>
            </w:r>
            <w:r w:rsidR="000476CD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・</w:t>
            </w:r>
            <w:r w:rsidR="00F54C8B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・</w:t>
            </w:r>
            <w:r w:rsidR="000476CD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製品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、品質マニュアルなど追加・変更</w:t>
            </w:r>
          </w:p>
        </w:tc>
      </w:tr>
      <w:tr w:rsidR="00255710" w:rsidRPr="009F3F95" w14:paraId="7822B48B" w14:textId="77777777" w:rsidTr="0007579B">
        <w:tc>
          <w:tcPr>
            <w:tcW w:w="9679" w:type="dxa"/>
          </w:tcPr>
          <w:p w14:paraId="1CB573A8" w14:textId="6163E4D5" w:rsidR="00255710" w:rsidRPr="009F3F95" w:rsidRDefault="0054784C">
            <w:pPr>
              <w:spacing w:before="40" w:after="40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 xml:space="preserve">　　☐　２．軽微な追加・変更がある・・・文章類の整理</w:t>
            </w:r>
            <w:r w:rsidR="000476CD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などの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追加・変更</w:t>
            </w:r>
          </w:p>
        </w:tc>
      </w:tr>
      <w:tr w:rsidR="00255710" w:rsidRPr="009F3F95" w14:paraId="368F04EC" w14:textId="77777777" w:rsidTr="0007579B">
        <w:tc>
          <w:tcPr>
            <w:tcW w:w="9679" w:type="dxa"/>
          </w:tcPr>
          <w:p w14:paraId="66752165" w14:textId="0F1707F4" w:rsidR="00255710" w:rsidRPr="009F3F95" w:rsidRDefault="0054784C">
            <w:pPr>
              <w:spacing w:before="40" w:after="40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 xml:space="preserve">　　☐　３．追加・変更がない</w:t>
            </w:r>
            <w:r w:rsidR="000476CD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・・・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・・・１、２以外のもの</w:t>
            </w:r>
          </w:p>
        </w:tc>
      </w:tr>
    </w:tbl>
    <w:p w14:paraId="27BC946C" w14:textId="77777777" w:rsidR="00255710" w:rsidRDefault="00255710">
      <w:pPr>
        <w:rPr>
          <w:lang w:eastAsia="ja-JP"/>
        </w:rPr>
      </w:pPr>
    </w:p>
    <w:p w14:paraId="0896C00A" w14:textId="0B1E05AC" w:rsidR="00255710" w:rsidRDefault="00F40BCF">
      <w:pPr>
        <w:spacing w:before="160" w:after="80"/>
      </w:pPr>
      <w:proofErr w:type="spellStart"/>
      <w:r>
        <w:rPr>
          <w:rFonts w:ascii="ＭＳ ゴシック" w:eastAsia="ＭＳ ゴシック" w:hAnsi="ＭＳ ゴシック"/>
          <w:b/>
          <w:lang w:eastAsia="ja-JP"/>
        </w:rPr>
        <w:t>Ⅱ</w:t>
      </w:r>
      <w:r w:rsidR="0054784C">
        <w:rPr>
          <w:rFonts w:ascii="ＭＳ ゴシック" w:eastAsia="ＭＳ ゴシック" w:hAnsi="ＭＳ ゴシック"/>
          <w:b/>
        </w:rPr>
        <w:t>．申請者情報</w:t>
      </w:r>
      <w:proofErr w:type="spellEnd"/>
    </w:p>
    <w:tbl>
      <w:tblPr>
        <w:tblStyle w:val="af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804"/>
      </w:tblGrid>
      <w:tr w:rsidR="00255710" w14:paraId="7E2091B0" w14:textId="77777777" w:rsidTr="0007579B">
        <w:tc>
          <w:tcPr>
            <w:tcW w:w="2830" w:type="dxa"/>
          </w:tcPr>
          <w:p w14:paraId="1A51FA14" w14:textId="418E139A" w:rsidR="00255710" w:rsidRPr="009F3F95" w:rsidRDefault="0054784C" w:rsidP="00F24CA9">
            <w:pPr>
              <w:spacing w:before="40" w:after="40"/>
              <w:jc w:val="center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申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請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会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社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名</w:t>
            </w:r>
          </w:p>
        </w:tc>
        <w:tc>
          <w:tcPr>
            <w:tcW w:w="6804" w:type="dxa"/>
          </w:tcPr>
          <w:p w14:paraId="55F39ED1" w14:textId="77777777" w:rsidR="00255710" w:rsidRPr="009F3F95" w:rsidRDefault="00255710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255710" w14:paraId="0FF3C419" w14:textId="77777777" w:rsidTr="0007579B">
        <w:tc>
          <w:tcPr>
            <w:tcW w:w="2830" w:type="dxa"/>
          </w:tcPr>
          <w:p w14:paraId="4281FE01" w14:textId="458535D7" w:rsidR="00255710" w:rsidRPr="009F3F95" w:rsidRDefault="0054784C" w:rsidP="00F24CA9">
            <w:pPr>
              <w:spacing w:before="40" w:after="40"/>
              <w:jc w:val="center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zh-CN"/>
              </w:rPr>
              <w:t>認定番号（更新）</w:t>
            </w:r>
          </w:p>
        </w:tc>
        <w:tc>
          <w:tcPr>
            <w:tcW w:w="6804" w:type="dxa"/>
          </w:tcPr>
          <w:p w14:paraId="0FFA49F4" w14:textId="77777777" w:rsidR="00255710" w:rsidRPr="009F3F95" w:rsidRDefault="0054784C" w:rsidP="0007579B">
            <w:pPr>
              <w:spacing w:before="40" w:after="40"/>
              <w:ind w:firstLineChars="100" w:firstLine="200"/>
              <w:rPr>
                <w:sz w:val="20"/>
                <w:szCs w:val="20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JRJI-</w:t>
            </w:r>
            <w:proofErr w:type="spellStart"/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優補</w:t>
            </w:r>
            <w:proofErr w:type="spellEnd"/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-　　　</w:t>
            </w:r>
          </w:p>
        </w:tc>
      </w:tr>
      <w:tr w:rsidR="00255710" w14:paraId="69D09B99" w14:textId="77777777" w:rsidTr="0007579B">
        <w:tc>
          <w:tcPr>
            <w:tcW w:w="2830" w:type="dxa"/>
          </w:tcPr>
          <w:p w14:paraId="15B6BE3D" w14:textId="226F46CF" w:rsidR="00255710" w:rsidRPr="009F3F95" w:rsidRDefault="0054784C" w:rsidP="00F24CA9">
            <w:pPr>
              <w:spacing w:before="40" w:after="40"/>
              <w:jc w:val="center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zh-CN"/>
              </w:rPr>
              <w:t>認定期間（更新）</w:t>
            </w:r>
          </w:p>
        </w:tc>
        <w:tc>
          <w:tcPr>
            <w:tcW w:w="6804" w:type="dxa"/>
          </w:tcPr>
          <w:p w14:paraId="1EACE4C2" w14:textId="27EA2E50" w:rsidR="00255710" w:rsidRPr="009F3F95" w:rsidRDefault="0054784C" w:rsidP="0054784C">
            <w:pPr>
              <w:spacing w:before="40" w:after="40"/>
              <w:ind w:firstLineChars="100" w:firstLine="200"/>
              <w:rPr>
                <w:sz w:val="20"/>
                <w:szCs w:val="20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zh-CN"/>
              </w:rPr>
              <w:t xml:space="preserve">　　　　年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zh-CN"/>
              </w:rPr>
              <w:t xml:space="preserve">　　月　　日　～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zh-CN"/>
              </w:rPr>
              <w:t xml:space="preserve">　　　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zh-CN"/>
              </w:rPr>
              <w:t>年　　月　　日</w:t>
            </w:r>
          </w:p>
        </w:tc>
      </w:tr>
      <w:tr w:rsidR="00255710" w14:paraId="7C31C1D3" w14:textId="77777777" w:rsidTr="0007579B">
        <w:tc>
          <w:tcPr>
            <w:tcW w:w="2830" w:type="dxa"/>
          </w:tcPr>
          <w:p w14:paraId="02EE3479" w14:textId="55D4DAF0" w:rsidR="00255710" w:rsidRPr="009F3F95" w:rsidRDefault="0054784C" w:rsidP="00F24CA9">
            <w:pPr>
              <w:spacing w:before="40" w:after="40"/>
              <w:jc w:val="center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申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請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会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社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住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所</w:t>
            </w:r>
          </w:p>
        </w:tc>
        <w:tc>
          <w:tcPr>
            <w:tcW w:w="6804" w:type="dxa"/>
          </w:tcPr>
          <w:p w14:paraId="075FAB0D" w14:textId="77777777" w:rsidR="00255710" w:rsidRPr="009F3F95" w:rsidRDefault="0054784C">
            <w:pPr>
              <w:spacing w:before="40" w:after="40"/>
              <w:rPr>
                <w:sz w:val="20"/>
                <w:szCs w:val="20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〒　　　　　（住所を入力してください）</w:t>
            </w:r>
          </w:p>
        </w:tc>
      </w:tr>
      <w:tr w:rsidR="00255710" w14:paraId="461CC52A" w14:textId="77777777" w:rsidTr="0007579B">
        <w:tc>
          <w:tcPr>
            <w:tcW w:w="2830" w:type="dxa"/>
          </w:tcPr>
          <w:p w14:paraId="40350707" w14:textId="4317020B" w:rsidR="00F24CA9" w:rsidRPr="00F24CA9" w:rsidRDefault="0054784C" w:rsidP="00F24CA9">
            <w:pPr>
              <w:spacing w:before="40" w:after="40"/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zh-CN"/>
              </w:rPr>
            </w:pP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zh-CN"/>
              </w:rPr>
              <w:t>担当者</w:t>
            </w:r>
            <w:r w:rsidR="00F24CA9">
              <w:rPr>
                <w:rFonts w:ascii="ＭＳ ゴシック" w:eastAsia="ＭＳ ゴシック" w:hAnsi="ＭＳ ゴシック" w:hint="eastAsia"/>
                <w:sz w:val="20"/>
                <w:szCs w:val="20"/>
                <w:lang w:eastAsia="zh-CN"/>
              </w:rPr>
              <w:t>(品質管理責任者)</w:t>
            </w:r>
          </w:p>
        </w:tc>
        <w:tc>
          <w:tcPr>
            <w:tcW w:w="6804" w:type="dxa"/>
          </w:tcPr>
          <w:p w14:paraId="4D5B641F" w14:textId="77777777" w:rsidR="00255710" w:rsidRPr="009F3F95" w:rsidRDefault="00255710">
            <w:pPr>
              <w:spacing w:before="40" w:after="40"/>
              <w:rPr>
                <w:sz w:val="20"/>
                <w:szCs w:val="20"/>
                <w:lang w:eastAsia="zh-CN"/>
              </w:rPr>
            </w:pPr>
          </w:p>
        </w:tc>
      </w:tr>
      <w:tr w:rsidR="00255710" w14:paraId="0AA56566" w14:textId="77777777" w:rsidTr="0007579B">
        <w:tc>
          <w:tcPr>
            <w:tcW w:w="2830" w:type="dxa"/>
          </w:tcPr>
          <w:p w14:paraId="58C4B62C" w14:textId="59D68ABB" w:rsidR="00255710" w:rsidRPr="009F3F95" w:rsidRDefault="00F24CA9" w:rsidP="00F24CA9">
            <w:pPr>
              <w:spacing w:before="40" w:after="40"/>
              <w:ind w:firstLineChars="350" w:firstLine="700"/>
              <w:rPr>
                <w:sz w:val="20"/>
                <w:szCs w:val="20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e-mail</w:t>
            </w:r>
          </w:p>
        </w:tc>
        <w:tc>
          <w:tcPr>
            <w:tcW w:w="6804" w:type="dxa"/>
          </w:tcPr>
          <w:p w14:paraId="0D8D8EA1" w14:textId="77777777" w:rsidR="00255710" w:rsidRPr="009F3F95" w:rsidRDefault="00255710">
            <w:pPr>
              <w:spacing w:before="40" w:after="40"/>
              <w:rPr>
                <w:sz w:val="20"/>
                <w:szCs w:val="20"/>
                <w:lang w:eastAsia="ja-JP"/>
              </w:rPr>
            </w:pPr>
          </w:p>
        </w:tc>
      </w:tr>
      <w:tr w:rsidR="00255710" w14:paraId="6797290E" w14:textId="77777777" w:rsidTr="0007579B">
        <w:tc>
          <w:tcPr>
            <w:tcW w:w="2830" w:type="dxa"/>
          </w:tcPr>
          <w:p w14:paraId="062FA24C" w14:textId="7DC33996" w:rsidR="00255710" w:rsidRPr="009F3F95" w:rsidRDefault="0054784C" w:rsidP="00F24CA9">
            <w:pPr>
              <w:spacing w:before="40" w:after="40"/>
              <w:ind w:firstLineChars="300" w:firstLine="600"/>
              <w:rPr>
                <w:sz w:val="20"/>
                <w:szCs w:val="20"/>
                <w:lang w:eastAsia="ja-JP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20"/>
                <w:szCs w:val="20"/>
              </w:rPr>
              <w:t>連絡先電話</w:t>
            </w:r>
            <w:proofErr w:type="spellEnd"/>
          </w:p>
        </w:tc>
        <w:tc>
          <w:tcPr>
            <w:tcW w:w="6804" w:type="dxa"/>
          </w:tcPr>
          <w:p w14:paraId="6C71DF79" w14:textId="77777777" w:rsidR="00255710" w:rsidRPr="009F3F95" w:rsidRDefault="00255710">
            <w:pPr>
              <w:spacing w:before="40" w:after="40"/>
              <w:rPr>
                <w:sz w:val="20"/>
                <w:szCs w:val="20"/>
              </w:rPr>
            </w:pPr>
          </w:p>
        </w:tc>
      </w:tr>
    </w:tbl>
    <w:p w14:paraId="2D0EE0EB" w14:textId="77777777" w:rsidR="00255710" w:rsidRDefault="00255710"/>
    <w:p w14:paraId="2ED76140" w14:textId="780B2A99" w:rsidR="00255710" w:rsidRDefault="00F40BCF">
      <w:pPr>
        <w:spacing w:before="160" w:after="80"/>
      </w:pPr>
      <w:proofErr w:type="spellStart"/>
      <w:r>
        <w:rPr>
          <w:rFonts w:ascii="ＭＳ ゴシック" w:eastAsia="ＭＳ ゴシック" w:hAnsi="ＭＳ ゴシック"/>
          <w:b/>
        </w:rPr>
        <w:t>Ⅲ</w:t>
      </w:r>
      <w:r w:rsidR="0054784C">
        <w:rPr>
          <w:rFonts w:ascii="ＭＳ ゴシック" w:eastAsia="ＭＳ ゴシック" w:hAnsi="ＭＳ ゴシック"/>
          <w:b/>
        </w:rPr>
        <w:t>．申請方法</w:t>
      </w:r>
      <w:proofErr w:type="spellEnd"/>
    </w:p>
    <w:p w14:paraId="1C97A65A" w14:textId="1FEB5DA4" w:rsidR="00BD27C6" w:rsidRPr="00BD27C6" w:rsidRDefault="00C84E62" w:rsidP="00BD27C6">
      <w:pPr>
        <w:pStyle w:val="ae"/>
        <w:numPr>
          <w:ilvl w:val="0"/>
          <w:numId w:val="10"/>
        </w:numPr>
        <w:spacing w:before="20" w:after="20"/>
        <w:rPr>
          <w:rFonts w:ascii="ＭＳ ゴシック" w:eastAsia="ＭＳ ゴシック" w:hAnsi="ＭＳ ゴシック"/>
          <w:sz w:val="20"/>
          <w:szCs w:val="20"/>
          <w:lang w:eastAsia="ja-JP"/>
        </w:rPr>
      </w:pPr>
      <w:r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認定</w:t>
      </w:r>
      <w:r w:rsidR="004301AD" w:rsidRPr="00BD27C6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規定 4.3「申請に必要な書類等」に定める申請書類一式を PDF 形式のファイルにまとめて作成</w:t>
      </w:r>
    </w:p>
    <w:p w14:paraId="602B023B" w14:textId="721F1898" w:rsidR="004301AD" w:rsidRPr="004301AD" w:rsidRDefault="004301AD" w:rsidP="00BD27C6">
      <w:pPr>
        <w:pStyle w:val="ae"/>
        <w:spacing w:before="20" w:after="20"/>
        <w:ind w:left="683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BD27C6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す</w:t>
      </w: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る。</w:t>
      </w:r>
    </w:p>
    <w:p w14:paraId="6D01734A" w14:textId="77777777" w:rsidR="004301AD" w:rsidRPr="004301AD" w:rsidRDefault="004301AD" w:rsidP="004301AD">
      <w:pPr>
        <w:spacing w:before="20" w:after="20"/>
        <w:ind w:left="283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２）PDF 全体について、ページ番号を通し番号で付与する。</w:t>
      </w:r>
    </w:p>
    <w:p w14:paraId="3DE7C2A2" w14:textId="77777777" w:rsidR="00BD27C6" w:rsidRDefault="004301AD" w:rsidP="004301AD">
      <w:pPr>
        <w:spacing w:before="20" w:after="20"/>
        <w:ind w:left="283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３）書類名称（1）～21）および製品ごとに、しおり（ブックマーク）を設定し、PDF の目次機能として</w:t>
      </w:r>
    </w:p>
    <w:p w14:paraId="6BB0C043" w14:textId="2DFF803F" w:rsidR="004301AD" w:rsidRPr="004301AD" w:rsidRDefault="004301AD" w:rsidP="00BD27C6">
      <w:pPr>
        <w:spacing w:before="20" w:after="20"/>
        <w:ind w:left="283" w:firstLineChars="200" w:firstLine="400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整理する。</w:t>
      </w:r>
    </w:p>
    <w:p w14:paraId="76CCB735" w14:textId="77777777" w:rsidR="004301AD" w:rsidRPr="004301AD" w:rsidRDefault="004301AD" w:rsidP="004301AD">
      <w:pPr>
        <w:spacing w:before="20" w:after="20"/>
        <w:ind w:left="283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４）申請書類のファイル名を、申請区分に応じて以下のとおり設定する。</w:t>
      </w:r>
    </w:p>
    <w:p w14:paraId="7FE95B29" w14:textId="0C80A446" w:rsidR="004301AD" w:rsidRPr="004301AD" w:rsidRDefault="004301AD" w:rsidP="00E85711">
      <w:pPr>
        <w:spacing w:before="20" w:after="20"/>
        <w:ind w:left="283" w:firstLineChars="200" w:firstLine="400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・新規申請：優良せん断申請書類_申請会社名_新規.pdf</w:t>
      </w:r>
    </w:p>
    <w:p w14:paraId="655D4412" w14:textId="3E2AC2CF" w:rsidR="004301AD" w:rsidRPr="004301AD" w:rsidRDefault="004301AD" w:rsidP="00E85711">
      <w:pPr>
        <w:spacing w:before="20" w:after="20"/>
        <w:ind w:left="283" w:firstLineChars="200" w:firstLine="400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・更新申請：優良せん断申請書類_申請会社名_更新.pdf</w:t>
      </w:r>
    </w:p>
    <w:p w14:paraId="46094566" w14:textId="14AF7695" w:rsidR="004301AD" w:rsidRPr="004301AD" w:rsidRDefault="004301AD" w:rsidP="00E85711">
      <w:pPr>
        <w:spacing w:before="20" w:after="20"/>
        <w:ind w:left="283" w:firstLineChars="200" w:firstLine="400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また、1 ファイルの容量が 30MB を超える場合は、適切に分割する。</w:t>
      </w:r>
    </w:p>
    <w:p w14:paraId="6E8F5EB8" w14:textId="45F3378C" w:rsidR="00BD27C6" w:rsidRDefault="00E85711" w:rsidP="004301AD">
      <w:pPr>
        <w:spacing w:before="20" w:after="20"/>
        <w:ind w:left="283"/>
        <w:rPr>
          <w:rFonts w:ascii="ＭＳ ゴシック" w:eastAsia="ＭＳ ゴシック" w:hAnsi="ＭＳ ゴシック"/>
          <w:sz w:val="20"/>
          <w:szCs w:val="20"/>
          <w:lang w:eastAsia="ja-JP"/>
        </w:rPr>
      </w:pPr>
      <w:r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５</w:t>
      </w:r>
      <w:r w:rsidR="004301AD"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）申請書類（PDF ファイル）は、メール添付または任意のクラウドストレージにアップロードし、</w:t>
      </w:r>
    </w:p>
    <w:p w14:paraId="716C6CB5" w14:textId="7F22A135" w:rsidR="004301AD" w:rsidRDefault="004301AD" w:rsidP="00BD27C6">
      <w:pPr>
        <w:spacing w:before="20" w:after="20"/>
        <w:ind w:left="283" w:firstLineChars="200" w:firstLine="400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当該リンクをメール本文に記載する方法により提出する。</w:t>
      </w:r>
    </w:p>
    <w:p w14:paraId="5FE2D99F" w14:textId="1E9FCDE6" w:rsidR="00E85711" w:rsidRPr="00E85711" w:rsidRDefault="00E85711" w:rsidP="00E85711">
      <w:pPr>
        <w:spacing w:before="20" w:after="20"/>
        <w:ind w:left="283"/>
        <w:rPr>
          <w:rFonts w:ascii="ＭＳ ゴシック" w:eastAsia="ＭＳ ゴシック" w:hAnsi="ＭＳ ゴシック"/>
          <w:sz w:val="20"/>
          <w:szCs w:val="20"/>
          <w:lang w:eastAsia="ja-JP"/>
        </w:rPr>
      </w:pPr>
      <w:r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６</w:t>
      </w: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）本チェック票を申請書類に添付する。</w:t>
      </w:r>
    </w:p>
    <w:p w14:paraId="178142B1" w14:textId="795D2F5C" w:rsidR="004301AD" w:rsidRPr="004301AD" w:rsidRDefault="00BD27C6" w:rsidP="004301AD">
      <w:pPr>
        <w:spacing w:before="20" w:after="20"/>
        <w:ind w:left="283"/>
        <w:rPr>
          <w:rFonts w:ascii="ＭＳ ゴシック" w:eastAsia="ＭＳ ゴシック" w:hAnsi="ＭＳ ゴシック"/>
          <w:sz w:val="20"/>
          <w:szCs w:val="20"/>
          <w:lang w:eastAsia="ja-JP"/>
        </w:rPr>
      </w:pPr>
      <w:r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７</w:t>
      </w:r>
      <w:r w:rsidR="004301AD"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）提出時のメール件名は、申請区分に応じて以下のとおりとする。</w:t>
      </w:r>
    </w:p>
    <w:p w14:paraId="6A22D5F5" w14:textId="266141E4" w:rsidR="004301AD" w:rsidRPr="004301AD" w:rsidRDefault="004301AD" w:rsidP="00E85711">
      <w:pPr>
        <w:spacing w:before="20" w:after="20"/>
        <w:ind w:left="283" w:firstLineChars="200" w:firstLine="400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・新規申請：優良</w:t>
      </w:r>
      <w:r w:rsidR="00CF5E7C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溶接閉鎖せん断</w:t>
      </w: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補強筋製造会社認定申請_申請会社名_新規</w:t>
      </w:r>
    </w:p>
    <w:p w14:paraId="78310B05" w14:textId="623D8509" w:rsidR="004301AD" w:rsidRDefault="004301AD" w:rsidP="00E85711">
      <w:pPr>
        <w:spacing w:before="20" w:after="20"/>
        <w:ind w:left="283" w:firstLineChars="200" w:firstLine="400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・更新申請：優良</w:t>
      </w:r>
      <w:r w:rsidR="00CF5E7C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溶接閉鎖せん断</w:t>
      </w:r>
      <w:r w:rsidRPr="004301AD">
        <w:rPr>
          <w:rFonts w:ascii="ＭＳ ゴシック" w:eastAsia="ＭＳ ゴシック" w:hAnsi="ＭＳ ゴシック" w:hint="eastAsia"/>
          <w:sz w:val="20"/>
          <w:szCs w:val="20"/>
          <w:lang w:eastAsia="ja-JP"/>
        </w:rPr>
        <w:t>補強筋製造会社認定申請_申請会社名_更新</w:t>
      </w:r>
    </w:p>
    <w:p w14:paraId="3ED4C8C4" w14:textId="629D58D3" w:rsidR="00BD27C6" w:rsidRPr="008E6EC5" w:rsidRDefault="00BD27C6" w:rsidP="00BD27C6">
      <w:pPr>
        <w:spacing w:before="80" w:after="80"/>
        <w:ind w:firstLineChars="200" w:firstLine="402"/>
        <w:rPr>
          <w:sz w:val="20"/>
          <w:szCs w:val="20"/>
          <w:lang w:eastAsia="ja-JP"/>
        </w:rPr>
      </w:pPr>
      <w:r w:rsidRPr="009F3F95">
        <w:rPr>
          <w:rFonts w:ascii="ＭＳ ゴシック" w:eastAsia="ＭＳ ゴシック" w:hAnsi="ＭＳ ゴシック"/>
          <w:b/>
          <w:sz w:val="20"/>
          <w:szCs w:val="20"/>
        </w:rPr>
        <w:t>◇</w:t>
      </w:r>
      <w:proofErr w:type="spellStart"/>
      <w:r w:rsidRPr="00BD27C6">
        <w:rPr>
          <w:rFonts w:ascii="ＭＳ ゴシック" w:eastAsia="ＭＳ ゴシック" w:hAnsi="ＭＳ ゴシック" w:hint="eastAsia"/>
          <w:b/>
          <w:sz w:val="20"/>
          <w:szCs w:val="20"/>
        </w:rPr>
        <w:t>申請書類の</w:t>
      </w:r>
      <w:r w:rsidRPr="009F3F95">
        <w:rPr>
          <w:rFonts w:ascii="ＭＳ ゴシック" w:eastAsia="ＭＳ ゴシック" w:hAnsi="ＭＳ ゴシック"/>
          <w:b/>
          <w:sz w:val="20"/>
          <w:szCs w:val="20"/>
        </w:rPr>
        <w:t>提出先メールアドレス</w:t>
      </w:r>
      <w:proofErr w:type="spellEnd"/>
      <w:r w:rsidRPr="009F3F95">
        <w:rPr>
          <w:rFonts w:ascii="ＭＳ ゴシック" w:eastAsia="ＭＳ ゴシック" w:hAnsi="ＭＳ ゴシック"/>
          <w:b/>
          <w:sz w:val="20"/>
          <w:szCs w:val="20"/>
        </w:rPr>
        <w:t xml:space="preserve">　：　nintei@jrji.jp</w:t>
      </w:r>
    </w:p>
    <w:p w14:paraId="36DFCDC3" w14:textId="4F1B6D4D" w:rsidR="00255710" w:rsidRDefault="00350FC0" w:rsidP="0007579B">
      <w:pPr>
        <w:rPr>
          <w:lang w:eastAsia="ja-JP"/>
        </w:rPr>
      </w:pPr>
      <w:r>
        <w:rPr>
          <w:rFonts w:ascii="ＭＳ ゴシック" w:eastAsia="ＭＳ ゴシック" w:hAnsi="ＭＳ ゴシック"/>
          <w:b/>
          <w:lang w:eastAsia="ja-JP"/>
        </w:rPr>
        <w:br w:type="page"/>
      </w:r>
      <w:r w:rsidR="00F40BCF">
        <w:rPr>
          <w:rFonts w:ascii="ＭＳ ゴシック" w:eastAsia="ＭＳ ゴシック" w:hAnsi="ＭＳ ゴシック"/>
          <w:b/>
          <w:lang w:eastAsia="ja-JP"/>
        </w:rPr>
        <w:lastRenderedPageBreak/>
        <w:t>Ⅳ</w:t>
      </w:r>
      <w:r w:rsidR="0054784C">
        <w:rPr>
          <w:rFonts w:ascii="ＭＳ ゴシック" w:eastAsia="ＭＳ ゴシック" w:hAnsi="ＭＳ ゴシック"/>
          <w:b/>
          <w:lang w:eastAsia="ja-JP"/>
        </w:rPr>
        <w:t>．提出書類チェックリスト（</w:t>
      </w:r>
      <w:r w:rsidR="00C84E62">
        <w:rPr>
          <w:rFonts w:ascii="ＭＳ ゴシック" w:eastAsia="ＭＳ ゴシック" w:hAnsi="ＭＳ ゴシック" w:hint="eastAsia"/>
          <w:b/>
          <w:lang w:eastAsia="ja-JP"/>
        </w:rPr>
        <w:t>認定規定</w:t>
      </w:r>
      <w:r w:rsidR="0054784C">
        <w:rPr>
          <w:rFonts w:ascii="ＭＳ ゴシック" w:eastAsia="ＭＳ ゴシック" w:hAnsi="ＭＳ ゴシック"/>
          <w:b/>
          <w:lang w:eastAsia="ja-JP"/>
        </w:rPr>
        <w:t>4.3 申請に必要な書類等）</w:t>
      </w:r>
    </w:p>
    <w:p w14:paraId="42E58DB4" w14:textId="77777777" w:rsidR="00255710" w:rsidRPr="009F3F95" w:rsidRDefault="0054784C">
      <w:pPr>
        <w:spacing w:before="40" w:after="40"/>
        <w:rPr>
          <w:sz w:val="20"/>
          <w:szCs w:val="20"/>
          <w:lang w:eastAsia="ja-JP"/>
        </w:rPr>
      </w:pPr>
      <w:r w:rsidRPr="009F3F95">
        <w:rPr>
          <w:rFonts w:ascii="ＭＳ ゴシック" w:eastAsia="ＭＳ ゴシック" w:hAnsi="ＭＳ ゴシック"/>
          <w:sz w:val="20"/>
          <w:szCs w:val="20"/>
          <w:lang w:eastAsia="ja-JP"/>
        </w:rPr>
        <w:t xml:space="preserve">　表１に定める提出書類について、提出前に以下の各項目を確認し、✓を入れてください。</w:t>
      </w:r>
    </w:p>
    <w:p w14:paraId="126DD98B" w14:textId="1764DB01" w:rsidR="00255710" w:rsidRDefault="0054784C" w:rsidP="00F40BCF">
      <w:pPr>
        <w:spacing w:before="40" w:after="40"/>
        <w:ind w:left="283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9F3F95">
        <w:rPr>
          <w:rFonts w:ascii="ＭＳ ゴシック" w:eastAsia="ＭＳ ゴシック" w:hAnsi="ＭＳ ゴシック"/>
          <w:sz w:val="20"/>
          <w:szCs w:val="20"/>
          <w:lang w:eastAsia="ja-JP"/>
        </w:rPr>
        <w:t xml:space="preserve">　※１：申請する製品ごとに提出すること。</w:t>
      </w:r>
    </w:p>
    <w:p w14:paraId="16FAD67A" w14:textId="77777777" w:rsidR="0007579B" w:rsidRPr="009F3F95" w:rsidRDefault="0007579B" w:rsidP="00F40BCF">
      <w:pPr>
        <w:spacing w:before="40" w:after="40"/>
        <w:ind w:left="283"/>
        <w:rPr>
          <w:sz w:val="20"/>
          <w:szCs w:val="20"/>
          <w:lang w:eastAsia="ja-JP"/>
        </w:rPr>
      </w:pPr>
    </w:p>
    <w:tbl>
      <w:tblPr>
        <w:tblStyle w:val="af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8"/>
        <w:gridCol w:w="2541"/>
        <w:gridCol w:w="5641"/>
        <w:gridCol w:w="819"/>
      </w:tblGrid>
      <w:tr w:rsidR="00255710" w14:paraId="4C86919A" w14:textId="77777777" w:rsidTr="00B94655">
        <w:tc>
          <w:tcPr>
            <w:tcW w:w="678" w:type="dxa"/>
            <w:shd w:val="clear" w:color="auto" w:fill="D9D9D9"/>
          </w:tcPr>
          <w:p w14:paraId="1B3F5B7A" w14:textId="77777777" w:rsidR="00255710" w:rsidRPr="009F3F95" w:rsidRDefault="0054784C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t>No.</w:t>
            </w:r>
          </w:p>
        </w:tc>
        <w:tc>
          <w:tcPr>
            <w:tcW w:w="2541" w:type="dxa"/>
            <w:shd w:val="clear" w:color="auto" w:fill="D9D9D9"/>
          </w:tcPr>
          <w:p w14:paraId="68A510B7" w14:textId="77777777" w:rsidR="00255710" w:rsidRPr="009F3F95" w:rsidRDefault="0054784C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t>書類名称</w:t>
            </w:r>
            <w:proofErr w:type="spellEnd"/>
          </w:p>
        </w:tc>
        <w:tc>
          <w:tcPr>
            <w:tcW w:w="5641" w:type="dxa"/>
            <w:shd w:val="clear" w:color="auto" w:fill="D9D9D9"/>
          </w:tcPr>
          <w:p w14:paraId="1F7F1B91" w14:textId="77777777" w:rsidR="00255710" w:rsidRPr="009F3F95" w:rsidRDefault="0054784C" w:rsidP="000476CD">
            <w:pPr>
              <w:spacing w:before="20" w:after="20"/>
              <w:jc w:val="center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b/>
                <w:sz w:val="18"/>
                <w:szCs w:val="18"/>
                <w:lang w:eastAsia="ja-JP"/>
              </w:rPr>
              <w:t>確認ポイント・作成上の注意事項</w:t>
            </w:r>
          </w:p>
        </w:tc>
        <w:tc>
          <w:tcPr>
            <w:tcW w:w="819" w:type="dxa"/>
            <w:shd w:val="clear" w:color="auto" w:fill="D9D9D9"/>
          </w:tcPr>
          <w:p w14:paraId="6A515068" w14:textId="77777777" w:rsidR="00255710" w:rsidRDefault="0054784C" w:rsidP="000476CD">
            <w:pPr>
              <w:spacing w:before="20" w:after="20"/>
              <w:jc w:val="center"/>
            </w:pPr>
            <w:proofErr w:type="spellStart"/>
            <w:r>
              <w:rPr>
                <w:rFonts w:ascii="ＭＳ ゴシック" w:eastAsia="ＭＳ ゴシック" w:hAnsi="ＭＳ ゴシック"/>
                <w:b/>
                <w:sz w:val="20"/>
              </w:rPr>
              <w:t>確認</w:t>
            </w:r>
            <w:proofErr w:type="spellEnd"/>
            <w:r>
              <w:rPr>
                <w:rFonts w:ascii="ＭＳ ゴシック" w:eastAsia="ＭＳ ゴシック" w:hAnsi="ＭＳ ゴシック"/>
                <w:b/>
                <w:sz w:val="20"/>
              </w:rPr>
              <w:br/>
              <w:t>（✓）</w:t>
            </w:r>
          </w:p>
        </w:tc>
      </w:tr>
      <w:tr w:rsidR="00255710" w14:paraId="788998BF" w14:textId="77777777" w:rsidTr="00B94655">
        <w:tc>
          <w:tcPr>
            <w:tcW w:w="678" w:type="dxa"/>
          </w:tcPr>
          <w:p w14:paraId="618CA965" w14:textId="77777777" w:rsidR="00255710" w:rsidRPr="009F3F95" w:rsidRDefault="0054784C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1)</w:t>
            </w:r>
          </w:p>
        </w:tc>
        <w:tc>
          <w:tcPr>
            <w:tcW w:w="2541" w:type="dxa"/>
          </w:tcPr>
          <w:p w14:paraId="040857B9" w14:textId="55FBD8CE" w:rsidR="000476CD" w:rsidRDefault="0054784C" w:rsidP="000476CD">
            <w:pPr>
              <w:tabs>
                <w:tab w:val="left" w:pos="426"/>
              </w:tabs>
              <w:ind w:left="180" w:right="1" w:hangingChars="100" w:hanging="18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優良</w:t>
            </w:r>
            <w:r w:rsidR="00CF5E7C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溶接閉鎖せん断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補強筋製造会社認定申請書（申請工場ごと）</w:t>
            </w:r>
          </w:p>
          <w:p w14:paraId="575B92BF" w14:textId="77777777" w:rsidR="000476CD" w:rsidRDefault="000476CD" w:rsidP="000476CD">
            <w:pPr>
              <w:tabs>
                <w:tab w:val="left" w:pos="426"/>
              </w:tabs>
              <w:ind w:left="180" w:right="1" w:hangingChars="100" w:hanging="180"/>
              <w:rPr>
                <w:rFonts w:ascii="ＭＳ 明朝" w:hAnsi="ＭＳ 明朝"/>
                <w:sz w:val="18"/>
                <w:szCs w:val="18"/>
                <w:lang w:eastAsia="ja-JP"/>
              </w:rPr>
            </w:pPr>
            <w:r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【優補-様式01】</w:t>
            </w:r>
          </w:p>
          <w:p w14:paraId="6C4B6978" w14:textId="70E3DF65" w:rsidR="00255710" w:rsidRPr="000476CD" w:rsidRDefault="000476CD" w:rsidP="000476CD">
            <w:pPr>
              <w:tabs>
                <w:tab w:val="left" w:pos="426"/>
              </w:tabs>
              <w:ind w:left="180" w:right="1" w:hangingChars="100" w:hanging="180"/>
              <w:rPr>
                <w:rFonts w:ascii="ＭＳ 明朝" w:hAnsi="ＭＳ 明朝"/>
                <w:sz w:val="18"/>
                <w:szCs w:val="18"/>
                <w:lang w:eastAsia="ja-JP"/>
              </w:rPr>
            </w:pPr>
            <w:r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【優補-様式</w:t>
            </w:r>
            <w:r w:rsidR="00AF72F4" w:rsidRPr="00E931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-</w:t>
            </w:r>
            <w:r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01別紙１】</w:t>
            </w:r>
          </w:p>
        </w:tc>
        <w:tc>
          <w:tcPr>
            <w:tcW w:w="5641" w:type="dxa"/>
          </w:tcPr>
          <w:p w14:paraId="3FD7C4BC" w14:textId="77777777" w:rsidR="00255710" w:rsidRDefault="0054784C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・申請会社名（評定を取得している会社）を記載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・申請工場名（評定に基づく加工・製造している工場）を記載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・申請時における直近１年間に製造実績があること</w:t>
            </w:r>
          </w:p>
          <w:p w14:paraId="241A225F" w14:textId="6F90A082" w:rsidR="000476CD" w:rsidRPr="009F3F95" w:rsidRDefault="000476CD">
            <w:pPr>
              <w:spacing w:before="20" w:after="20"/>
              <w:rPr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・</w:t>
            </w:r>
            <w:r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【優補-様式01別紙１】</w:t>
            </w:r>
            <w:r>
              <w:rPr>
                <w:rFonts w:hint="eastAsia"/>
                <w:sz w:val="18"/>
                <w:szCs w:val="18"/>
                <w:lang w:eastAsia="ja-JP"/>
              </w:rPr>
              <w:t>は</w:t>
            </w:r>
            <w:r>
              <w:rPr>
                <w:rFonts w:hint="eastAsia"/>
                <w:sz w:val="18"/>
                <w:szCs w:val="18"/>
                <w:lang w:eastAsia="ja-JP"/>
              </w:rPr>
              <w:t>Excel</w:t>
            </w:r>
            <w:r w:rsidRPr="00BF630F">
              <w:rPr>
                <w:rFonts w:hint="eastAsia"/>
                <w:sz w:val="18"/>
                <w:szCs w:val="18"/>
                <w:lang w:eastAsia="ja-JP"/>
              </w:rPr>
              <w:t>データ</w:t>
            </w:r>
            <w:r>
              <w:rPr>
                <w:rFonts w:hint="eastAsia"/>
                <w:sz w:val="18"/>
                <w:szCs w:val="18"/>
                <w:lang w:eastAsia="ja-JP"/>
              </w:rPr>
              <w:t>も</w:t>
            </w:r>
            <w:r w:rsidRPr="00BF630F">
              <w:rPr>
                <w:rFonts w:hint="eastAsia"/>
                <w:sz w:val="18"/>
                <w:szCs w:val="18"/>
                <w:lang w:eastAsia="ja-JP"/>
              </w:rPr>
              <w:t>提出</w:t>
            </w:r>
          </w:p>
        </w:tc>
        <w:tc>
          <w:tcPr>
            <w:tcW w:w="819" w:type="dxa"/>
          </w:tcPr>
          <w:p w14:paraId="19A56111" w14:textId="77777777" w:rsidR="00255710" w:rsidRDefault="0054784C" w:rsidP="00F40BCF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B94655" w14:paraId="1DC951BB" w14:textId="77777777" w:rsidTr="00B94655">
        <w:tc>
          <w:tcPr>
            <w:tcW w:w="678" w:type="dxa"/>
          </w:tcPr>
          <w:p w14:paraId="51B5D3D8" w14:textId="42BB1E91" w:rsidR="00B94655" w:rsidRPr="009F3F95" w:rsidRDefault="00E93124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2</w:t>
            </w:r>
            <w:r w:rsidR="00B94655"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6B9D3E1A" w14:textId="77777777" w:rsidR="00B94655" w:rsidRDefault="00B94655" w:rsidP="00B9465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  <w:t>提出写真</w:t>
            </w:r>
          </w:p>
          <w:p w14:paraId="478CD412" w14:textId="70FE0945" w:rsidR="000476CD" w:rsidRPr="009F3F95" w:rsidRDefault="000476CD" w:rsidP="00B94655">
            <w:pPr>
              <w:spacing w:before="20" w:after="20"/>
              <w:rPr>
                <w:sz w:val="18"/>
                <w:szCs w:val="18"/>
                <w:lang w:eastAsia="zh-CN"/>
              </w:rPr>
            </w:pPr>
            <w:r w:rsidRPr="00711A37">
              <w:rPr>
                <w:rFonts w:ascii="ＭＳ 明朝" w:hAnsi="ＭＳ 明朝" w:hint="eastAsia"/>
                <w:sz w:val="18"/>
                <w:szCs w:val="18"/>
                <w:lang w:eastAsia="zh-CN"/>
              </w:rPr>
              <w:t>【優補-様式</w:t>
            </w:r>
            <w:r w:rsidR="00AF72F4"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>-</w:t>
            </w:r>
            <w:r w:rsidRPr="00711A37">
              <w:rPr>
                <w:rFonts w:ascii="ＭＳ 明朝" w:hAnsi="ＭＳ 明朝" w:hint="eastAsia"/>
                <w:sz w:val="18"/>
                <w:szCs w:val="18"/>
                <w:lang w:eastAsia="zh-CN"/>
              </w:rPr>
              <w:t>01別紙</w:t>
            </w:r>
            <w:r>
              <w:rPr>
                <w:rFonts w:ascii="ＭＳ 明朝" w:hAnsi="ＭＳ 明朝" w:hint="eastAsia"/>
                <w:sz w:val="18"/>
                <w:szCs w:val="18"/>
                <w:lang w:eastAsia="zh-CN"/>
              </w:rPr>
              <w:t>2</w:t>
            </w:r>
            <w:r w:rsidRPr="00711A37">
              <w:rPr>
                <w:rFonts w:ascii="ＭＳ 明朝" w:hAnsi="ＭＳ 明朝" w:hint="eastAsia"/>
                <w:sz w:val="18"/>
                <w:szCs w:val="18"/>
                <w:lang w:eastAsia="zh-CN"/>
              </w:rPr>
              <w:t>】</w:t>
            </w:r>
          </w:p>
        </w:tc>
        <w:tc>
          <w:tcPr>
            <w:tcW w:w="5641" w:type="dxa"/>
          </w:tcPr>
          <w:p w14:paraId="00B07EC6" w14:textId="5CB68557" w:rsidR="00B94655" w:rsidRPr="009F3F95" w:rsidRDefault="00B94655" w:rsidP="00B9465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①全体状況／工場の外観などを撮影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②材料保管状況／材料ヤード、荷札などを撮影（複数箇所あれば各箇所）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③鉄筋切断曲げ状況／曲げ切断の作業状況、切断端面の限度見本などを撮影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④溶接状況／溶接機の型番・製造番号の表示プレート（全機種分）、溶接作業、溶接機の溶接設定がわかるもの、電極の限度見本などを撮影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⑤外観検査状況／検査状況、検査器具、外観不良サンプルなどを撮影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⑥引張試験状況／引張試験機の全景、引張試験状況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⑦製品保管状況／製品ヤード、荷札などを撮影（複数箇所あれば各箇所）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⑧廃棄物置き場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 xml:space="preserve">　※</w:t>
            </w:r>
            <w:r w:rsidR="000476CD"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【優補-様式</w:t>
            </w:r>
            <w:r w:rsidR="00AF72F4"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-</w:t>
            </w:r>
            <w:r w:rsidR="000476CD"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01別紙</w:t>
            </w:r>
            <w:r w:rsidR="000476CD">
              <w:rPr>
                <w:rFonts w:ascii="ＭＳ 明朝" w:hAnsi="ＭＳ 明朝" w:hint="eastAsia"/>
                <w:sz w:val="18"/>
                <w:szCs w:val="18"/>
                <w:lang w:eastAsia="ja-JP"/>
              </w:rPr>
              <w:t>2</w:t>
            </w:r>
            <w:r w:rsidR="000476CD"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】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へ整理し</w:t>
            </w:r>
            <w:r w:rsidR="000476CD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て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収めること</w:t>
            </w:r>
          </w:p>
        </w:tc>
        <w:tc>
          <w:tcPr>
            <w:tcW w:w="819" w:type="dxa"/>
          </w:tcPr>
          <w:p w14:paraId="0DFC294E" w14:textId="2095CC15" w:rsidR="00B94655" w:rsidRDefault="00B94655" w:rsidP="00F40BCF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0653D78C" w14:textId="77777777" w:rsidTr="00B94655">
        <w:tc>
          <w:tcPr>
            <w:tcW w:w="678" w:type="dxa"/>
          </w:tcPr>
          <w:p w14:paraId="4D082238" w14:textId="49C526C0" w:rsidR="00CC54E5" w:rsidRPr="00E93124" w:rsidRDefault="00CC54E5" w:rsidP="000476CD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3</w:t>
            </w: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2541" w:type="dxa"/>
          </w:tcPr>
          <w:p w14:paraId="4C159C3A" w14:textId="4C8CC71C" w:rsidR="00CC54E5" w:rsidRPr="00E93124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優補-様式-03　</w:t>
            </w:r>
            <w:proofErr w:type="spellStart"/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定期報告書</w:t>
            </w:r>
            <w:proofErr w:type="spellEnd"/>
          </w:p>
        </w:tc>
        <w:tc>
          <w:tcPr>
            <w:tcW w:w="5641" w:type="dxa"/>
          </w:tcPr>
          <w:p w14:paraId="74174DC2" w14:textId="7CB67ED9" w:rsidR="00CC54E5" w:rsidRPr="00E93124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・</w:t>
            </w: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更新申請は過去3年間分、新規は不要</w:t>
            </w:r>
          </w:p>
        </w:tc>
        <w:tc>
          <w:tcPr>
            <w:tcW w:w="819" w:type="dxa"/>
          </w:tcPr>
          <w:p w14:paraId="3D0F12DF" w14:textId="79EFE5F7" w:rsidR="00CC54E5" w:rsidRDefault="00CC54E5" w:rsidP="00F40BCF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9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055CDDFA" w14:textId="77777777" w:rsidTr="00B94655">
        <w:tc>
          <w:tcPr>
            <w:tcW w:w="678" w:type="dxa"/>
          </w:tcPr>
          <w:p w14:paraId="5980C3DD" w14:textId="7861DAC9" w:rsidR="00CC54E5" w:rsidRPr="00E93124" w:rsidRDefault="00CC54E5" w:rsidP="000476CD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4</w:t>
            </w: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2541" w:type="dxa"/>
          </w:tcPr>
          <w:p w14:paraId="3BE6E35B" w14:textId="1E0E3D01" w:rsidR="00CC54E5" w:rsidRPr="00E93124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>優補-様式-04　随時報告書</w:t>
            </w:r>
          </w:p>
        </w:tc>
        <w:tc>
          <w:tcPr>
            <w:tcW w:w="5641" w:type="dxa"/>
          </w:tcPr>
          <w:p w14:paraId="05A7C1F3" w14:textId="77777777" w:rsidR="00CC54E5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・</w:t>
            </w: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更新申請で直近の認定期間中に提出している場合</w:t>
            </w:r>
          </w:p>
          <w:p w14:paraId="23ACED62" w14:textId="52964269" w:rsidR="00CC54E5" w:rsidRPr="00E93124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・</w:t>
            </w:r>
            <w:r>
              <w:rPr>
                <w:rFonts w:ascii="ＭＳ 明朝" w:hAnsi="ＭＳ 明朝" w:hint="eastAsia"/>
                <w:sz w:val="18"/>
                <w:szCs w:val="18"/>
                <w:lang w:eastAsia="ja-JP"/>
              </w:rPr>
              <w:t>提出していない</w:t>
            </w:r>
            <w:r w:rsidRPr="005F45F3">
              <w:rPr>
                <w:rFonts w:ascii="ＭＳ 明朝" w:hAnsi="ＭＳ 明朝" w:hint="eastAsia"/>
                <w:sz w:val="18"/>
                <w:szCs w:val="18"/>
                <w:lang w:eastAsia="ja-JP"/>
              </w:rPr>
              <w:t>場合は、その旨を書面</w:t>
            </w:r>
            <w:r w:rsidR="00C715DB">
              <w:rPr>
                <w:rFonts w:ascii="ＭＳ 明朝" w:hAnsi="ＭＳ 明朝" w:hint="eastAsia"/>
                <w:sz w:val="18"/>
                <w:szCs w:val="18"/>
                <w:lang w:eastAsia="ja-JP"/>
              </w:rPr>
              <w:t>（自由）</w:t>
            </w:r>
            <w:r w:rsidRPr="005F45F3">
              <w:rPr>
                <w:rFonts w:ascii="ＭＳ 明朝" w:hAnsi="ＭＳ 明朝" w:hint="eastAsia"/>
                <w:sz w:val="18"/>
                <w:szCs w:val="18"/>
                <w:lang w:eastAsia="ja-JP"/>
              </w:rPr>
              <w:t>で報告</w:t>
            </w:r>
          </w:p>
        </w:tc>
        <w:tc>
          <w:tcPr>
            <w:tcW w:w="819" w:type="dxa"/>
          </w:tcPr>
          <w:p w14:paraId="3C1B7B7A" w14:textId="77899529" w:rsidR="00CC54E5" w:rsidRDefault="00CC54E5" w:rsidP="00F40BCF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9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6D10651C" w14:textId="77777777" w:rsidTr="00B94655">
        <w:tc>
          <w:tcPr>
            <w:tcW w:w="678" w:type="dxa"/>
          </w:tcPr>
          <w:p w14:paraId="56BC6D73" w14:textId="47315FB3" w:rsidR="00CC54E5" w:rsidRPr="00E93124" w:rsidRDefault="00CC54E5" w:rsidP="000476CD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5</w:t>
            </w: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2541" w:type="dxa"/>
          </w:tcPr>
          <w:p w14:paraId="60ACA8DC" w14:textId="77777777" w:rsidR="00CC54E5" w:rsidRPr="00E93124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優補-様式-05　</w:t>
            </w:r>
          </w:p>
          <w:p w14:paraId="15BFC65F" w14:textId="5AD6F1BD" w:rsidR="00CC54E5" w:rsidRPr="00E93124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製品出荷後の不具合報告書</w:t>
            </w:r>
          </w:p>
        </w:tc>
        <w:tc>
          <w:tcPr>
            <w:tcW w:w="5641" w:type="dxa"/>
          </w:tcPr>
          <w:p w14:paraId="2A2D9875" w14:textId="25D3BDBB" w:rsidR="00CC54E5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・</w:t>
            </w: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更新申請で直近の認定期間中に提出している場合</w:t>
            </w:r>
          </w:p>
          <w:p w14:paraId="7929EC12" w14:textId="459C3FF5" w:rsidR="00CC54E5" w:rsidRPr="00E93124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・</w:t>
            </w:r>
            <w:r>
              <w:rPr>
                <w:rFonts w:ascii="ＭＳ 明朝" w:hAnsi="ＭＳ 明朝" w:hint="eastAsia"/>
                <w:sz w:val="18"/>
                <w:szCs w:val="18"/>
                <w:lang w:eastAsia="ja-JP"/>
              </w:rPr>
              <w:t>提出していない</w:t>
            </w:r>
            <w:r w:rsidRPr="005F45F3">
              <w:rPr>
                <w:rFonts w:ascii="ＭＳ 明朝" w:hAnsi="ＭＳ 明朝" w:hint="eastAsia"/>
                <w:sz w:val="18"/>
                <w:szCs w:val="18"/>
                <w:lang w:eastAsia="ja-JP"/>
              </w:rPr>
              <w:t>場合は、その旨を書面</w:t>
            </w:r>
            <w:r w:rsidR="00C715DB">
              <w:rPr>
                <w:rFonts w:ascii="ＭＳ 明朝" w:hAnsi="ＭＳ 明朝" w:hint="eastAsia"/>
                <w:sz w:val="18"/>
                <w:szCs w:val="18"/>
                <w:lang w:eastAsia="ja-JP"/>
              </w:rPr>
              <w:t>（自由）</w:t>
            </w:r>
            <w:r w:rsidRPr="005F45F3">
              <w:rPr>
                <w:rFonts w:ascii="ＭＳ 明朝" w:hAnsi="ＭＳ 明朝" w:hint="eastAsia"/>
                <w:sz w:val="18"/>
                <w:szCs w:val="18"/>
                <w:lang w:eastAsia="ja-JP"/>
              </w:rPr>
              <w:t>で報告</w:t>
            </w:r>
          </w:p>
        </w:tc>
        <w:tc>
          <w:tcPr>
            <w:tcW w:w="819" w:type="dxa"/>
          </w:tcPr>
          <w:p w14:paraId="58526C45" w14:textId="66CBDAFD" w:rsidR="00CC54E5" w:rsidRDefault="00CC54E5" w:rsidP="00F40BCF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9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79D959A7" w14:textId="77777777" w:rsidTr="00B94655">
        <w:tc>
          <w:tcPr>
            <w:tcW w:w="678" w:type="dxa"/>
          </w:tcPr>
          <w:p w14:paraId="36EA10B8" w14:textId="13FDE0BB" w:rsidR="00CC54E5" w:rsidRDefault="00CC54E5" w:rsidP="000476CD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6</w:t>
            </w: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41" w:type="dxa"/>
          </w:tcPr>
          <w:p w14:paraId="4C903BB6" w14:textId="7D61AC17" w:rsidR="00CC54E5" w:rsidRPr="009F3F95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会社概要パンフレット</w:t>
            </w:r>
          </w:p>
        </w:tc>
        <w:tc>
          <w:tcPr>
            <w:tcW w:w="5641" w:type="dxa"/>
          </w:tcPr>
          <w:p w14:paraId="544F8464" w14:textId="01E52860" w:rsidR="00CC54E5" w:rsidRPr="009F3F95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会社の概要わかるパンフレット</w:t>
            </w:r>
          </w:p>
        </w:tc>
        <w:tc>
          <w:tcPr>
            <w:tcW w:w="819" w:type="dxa"/>
          </w:tcPr>
          <w:p w14:paraId="0996D0EA" w14:textId="40BA795A" w:rsidR="00CC54E5" w:rsidRDefault="001715C9" w:rsidP="00F40BCF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9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796425A0" w14:textId="77777777" w:rsidTr="00B94655">
        <w:tc>
          <w:tcPr>
            <w:tcW w:w="678" w:type="dxa"/>
          </w:tcPr>
          <w:p w14:paraId="4F514158" w14:textId="478DE63C" w:rsidR="00CC54E5" w:rsidRPr="009F3F95" w:rsidRDefault="00CC54E5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7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7B44BD52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評定関連資料</w:t>
            </w:r>
            <w:proofErr w:type="spellEnd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（※１）</w:t>
            </w:r>
          </w:p>
        </w:tc>
        <w:tc>
          <w:tcPr>
            <w:tcW w:w="5641" w:type="dxa"/>
          </w:tcPr>
          <w:p w14:paraId="2FB2E757" w14:textId="5A278F83" w:rsidR="00CC54E5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①評定書</w:t>
            </w:r>
            <w:r w:rsidR="00A9679A" w:rsidRPr="00A9679A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（別紙も含む）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②評定報告書</w:t>
            </w:r>
          </w:p>
          <w:p w14:paraId="2C031F8B" w14:textId="77777777" w:rsidR="00CC54E5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（工場名、評定期間、評定範囲が記載されているもの）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 xml:space="preserve">　上記①②を改定している場合は、初回から最新のものすべて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③最新の評定取得時に指定性能評価機関等に提出した製造要領</w:t>
            </w:r>
          </w:p>
          <w:p w14:paraId="73AE3FD8" w14:textId="197D7953" w:rsidR="00CC54E5" w:rsidRDefault="00CC54E5" w:rsidP="00CC54E5">
            <w:pPr>
              <w:spacing w:before="20" w:after="20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及び品質管理要領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④最新の評定で変更</w:t>
            </w:r>
            <w:r w:rsidR="00F40BCF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した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内容の説明</w:t>
            </w:r>
          </w:p>
          <w:p w14:paraId="171FEDF9" w14:textId="0EDDF28A" w:rsidR="00CC54E5" w:rsidRPr="009F3F95" w:rsidRDefault="00CC54E5" w:rsidP="00F40BCF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（概要をA4用紙１枚程度にまとめて提出）</w:t>
            </w:r>
          </w:p>
        </w:tc>
        <w:tc>
          <w:tcPr>
            <w:tcW w:w="819" w:type="dxa"/>
          </w:tcPr>
          <w:p w14:paraId="2151F9E1" w14:textId="77777777" w:rsidR="00CC54E5" w:rsidRDefault="00CC54E5" w:rsidP="00F40BCF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9"/>
              </w:rPr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  <w:p w14:paraId="30DEBEF4" w14:textId="77777777" w:rsidR="00A9679A" w:rsidRDefault="00A9679A" w:rsidP="00F40BCF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9"/>
              </w:rPr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  <w:p w14:paraId="4B33F886" w14:textId="77777777" w:rsidR="00A9679A" w:rsidRDefault="00A9679A" w:rsidP="00F40BCF">
            <w:pPr>
              <w:spacing w:before="20" w:after="20"/>
              <w:jc w:val="center"/>
              <w:rPr>
                <w:lang w:eastAsia="ja-JP"/>
              </w:rPr>
            </w:pPr>
          </w:p>
          <w:p w14:paraId="23D1F716" w14:textId="77777777" w:rsidR="00A9679A" w:rsidRDefault="00A9679A" w:rsidP="00F40BCF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9"/>
              </w:rPr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  <w:p w14:paraId="3E1DA6D3" w14:textId="77777777" w:rsidR="00A9679A" w:rsidRDefault="00A9679A" w:rsidP="00F40BCF">
            <w:pPr>
              <w:spacing w:before="20" w:after="20"/>
              <w:jc w:val="center"/>
              <w:rPr>
                <w:lang w:eastAsia="ja-JP"/>
              </w:rPr>
            </w:pPr>
          </w:p>
          <w:p w14:paraId="1295BA6E" w14:textId="77777777" w:rsidR="00A9679A" w:rsidRDefault="00A9679A" w:rsidP="00F40BCF">
            <w:pPr>
              <w:spacing w:before="20" w:after="20"/>
              <w:jc w:val="center"/>
              <w:rPr>
                <w:rFonts w:ascii="ＭＳ ゴシック" w:eastAsia="ＭＳ ゴシック" w:hAnsi="ＭＳ ゴシック"/>
                <w:sz w:val="19"/>
              </w:rPr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  <w:p w14:paraId="3EF9349C" w14:textId="0E38B75A" w:rsidR="00A9679A" w:rsidRDefault="00A9679A" w:rsidP="00F40BCF">
            <w:pPr>
              <w:spacing w:before="20" w:after="20"/>
              <w:jc w:val="center"/>
              <w:rPr>
                <w:lang w:eastAsia="ja-JP"/>
              </w:rPr>
            </w:pPr>
          </w:p>
        </w:tc>
      </w:tr>
      <w:tr w:rsidR="00CC54E5" w14:paraId="26BD8CAC" w14:textId="77777777" w:rsidTr="00B94655">
        <w:tc>
          <w:tcPr>
            <w:tcW w:w="678" w:type="dxa"/>
          </w:tcPr>
          <w:p w14:paraId="12046CFB" w14:textId="3CA2FF76" w:rsidR="00CC54E5" w:rsidRPr="009F3F95" w:rsidRDefault="00CC54E5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8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4ED5846B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品質管理方針</w:t>
            </w:r>
            <w:proofErr w:type="spellEnd"/>
          </w:p>
        </w:tc>
        <w:tc>
          <w:tcPr>
            <w:tcW w:w="5641" w:type="dxa"/>
          </w:tcPr>
          <w:p w14:paraId="7045CF4A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・品質管理に対する考え方を示した品質方針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・昨年度・今年度毎のもの</w:t>
            </w:r>
          </w:p>
        </w:tc>
        <w:tc>
          <w:tcPr>
            <w:tcW w:w="819" w:type="dxa"/>
          </w:tcPr>
          <w:p w14:paraId="412E4298" w14:textId="77777777" w:rsidR="00CC54E5" w:rsidRDefault="00CC54E5" w:rsidP="00F40BCF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5F436EDB" w14:textId="77777777" w:rsidTr="00B94655">
        <w:tc>
          <w:tcPr>
            <w:tcW w:w="678" w:type="dxa"/>
          </w:tcPr>
          <w:p w14:paraId="50CA78F3" w14:textId="32A95989" w:rsidR="00CC54E5" w:rsidRPr="009F3F95" w:rsidRDefault="00CC54E5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9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028EF3A6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品質管理組織図</w:t>
            </w:r>
            <w:proofErr w:type="spellEnd"/>
          </w:p>
        </w:tc>
        <w:tc>
          <w:tcPr>
            <w:tcW w:w="5641" w:type="dxa"/>
          </w:tcPr>
          <w:p w14:paraId="3B8679E1" w14:textId="77777777" w:rsidR="00CC54E5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・申請工場の品質管理責任者、機器管理責任者、教育訓練責任者が</w:t>
            </w:r>
          </w:p>
          <w:p w14:paraId="4125D3F6" w14:textId="00223637" w:rsidR="00CC54E5" w:rsidRPr="009F3F95" w:rsidRDefault="00CC54E5" w:rsidP="00CC54E5">
            <w:pPr>
              <w:spacing w:before="20" w:after="20"/>
              <w:ind w:firstLineChars="100" w:firstLine="18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わかるもの</w:t>
            </w:r>
          </w:p>
        </w:tc>
        <w:tc>
          <w:tcPr>
            <w:tcW w:w="819" w:type="dxa"/>
          </w:tcPr>
          <w:p w14:paraId="63416819" w14:textId="77777777" w:rsidR="00CC54E5" w:rsidRDefault="00CC54E5" w:rsidP="00F40BCF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70A45BD3" w14:textId="77777777" w:rsidTr="00B94655">
        <w:tc>
          <w:tcPr>
            <w:tcW w:w="678" w:type="dxa"/>
          </w:tcPr>
          <w:p w14:paraId="3900B75A" w14:textId="33C1B8C8" w:rsidR="00CC54E5" w:rsidRPr="009F3F95" w:rsidRDefault="00CC54E5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10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6B86D1D5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製造要領書</w:t>
            </w:r>
            <w:proofErr w:type="spellEnd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（※１）</w:t>
            </w:r>
          </w:p>
        </w:tc>
        <w:tc>
          <w:tcPr>
            <w:tcW w:w="5641" w:type="dxa"/>
          </w:tcPr>
          <w:p w14:paraId="2E2CC5ED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・申請工場で使用しているもの</w:t>
            </w:r>
          </w:p>
        </w:tc>
        <w:tc>
          <w:tcPr>
            <w:tcW w:w="819" w:type="dxa"/>
          </w:tcPr>
          <w:p w14:paraId="06B1DE28" w14:textId="77777777" w:rsidR="00CC54E5" w:rsidRDefault="00CC54E5" w:rsidP="00F40BCF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0770F52F" w14:textId="77777777" w:rsidTr="0007579B">
        <w:tc>
          <w:tcPr>
            <w:tcW w:w="678" w:type="dxa"/>
            <w:tcBorders>
              <w:bottom w:val="single" w:sz="4" w:space="0" w:color="000000"/>
            </w:tcBorders>
          </w:tcPr>
          <w:p w14:paraId="6C63AFCD" w14:textId="0DA22DA5" w:rsidR="00CC54E5" w:rsidRPr="009F3F95" w:rsidRDefault="00CC54E5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11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475C38F1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品質管理要領書</w:t>
            </w:r>
            <w:proofErr w:type="spellEnd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（※１）</w:t>
            </w:r>
          </w:p>
        </w:tc>
        <w:tc>
          <w:tcPr>
            <w:tcW w:w="5641" w:type="dxa"/>
            <w:tcBorders>
              <w:bottom w:val="single" w:sz="4" w:space="0" w:color="000000"/>
            </w:tcBorders>
          </w:tcPr>
          <w:p w14:paraId="38015DED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・申請工場で使用しているもの</w:t>
            </w:r>
          </w:p>
        </w:tc>
        <w:tc>
          <w:tcPr>
            <w:tcW w:w="819" w:type="dxa"/>
            <w:tcBorders>
              <w:bottom w:val="single" w:sz="4" w:space="0" w:color="000000"/>
            </w:tcBorders>
          </w:tcPr>
          <w:p w14:paraId="277D27EA" w14:textId="77777777" w:rsidR="00CC54E5" w:rsidRDefault="00CC54E5" w:rsidP="00F40BCF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CC54E5" w14:paraId="716C97B0" w14:textId="77777777" w:rsidTr="0007579B">
        <w:tc>
          <w:tcPr>
            <w:tcW w:w="678" w:type="dxa"/>
            <w:tcBorders>
              <w:bottom w:val="single" w:sz="4" w:space="0" w:color="000000"/>
            </w:tcBorders>
          </w:tcPr>
          <w:p w14:paraId="137AAFE5" w14:textId="1B71912A" w:rsidR="00CC54E5" w:rsidRPr="009F3F95" w:rsidRDefault="00CC54E5" w:rsidP="000476CD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12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633E06B1" w14:textId="77777777" w:rsidR="00CC54E5" w:rsidRDefault="00CC54E5" w:rsidP="00CC54E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品質検査記録（※１）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（材料の受入れ、切断、</w:t>
            </w:r>
          </w:p>
          <w:p w14:paraId="64BA90EC" w14:textId="70E02D7D" w:rsidR="00CC54E5" w:rsidRPr="009F3F95" w:rsidRDefault="00CC54E5" w:rsidP="00CC54E5">
            <w:pPr>
              <w:spacing w:before="20" w:after="20"/>
              <w:ind w:firstLineChars="100" w:firstLine="18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曲げ、溶接、製品）</w:t>
            </w:r>
          </w:p>
        </w:tc>
        <w:tc>
          <w:tcPr>
            <w:tcW w:w="5641" w:type="dxa"/>
            <w:tcBorders>
              <w:bottom w:val="single" w:sz="4" w:space="0" w:color="000000"/>
            </w:tcBorders>
          </w:tcPr>
          <w:p w14:paraId="6456986E" w14:textId="77777777" w:rsidR="00CC54E5" w:rsidRPr="009F3F95" w:rsidRDefault="00CC54E5" w:rsidP="00CC54E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・１年毎に１物件を抜き取り、その物件の一出荷分の品質検査記録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・新規：直近１年間以上、更新：認定期間中より１年毎に１物件</w:t>
            </w:r>
          </w:p>
        </w:tc>
        <w:tc>
          <w:tcPr>
            <w:tcW w:w="819" w:type="dxa"/>
            <w:tcBorders>
              <w:bottom w:val="single" w:sz="4" w:space="0" w:color="000000"/>
            </w:tcBorders>
          </w:tcPr>
          <w:p w14:paraId="6922A6F9" w14:textId="77777777" w:rsidR="00CC54E5" w:rsidRDefault="00CC54E5" w:rsidP="00F40BCF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</w:tbl>
    <w:p w14:paraId="63CC904C" w14:textId="77777777" w:rsidR="00255710" w:rsidRDefault="00255710">
      <w:pPr>
        <w:rPr>
          <w:lang w:eastAsia="ja-JP"/>
        </w:rPr>
      </w:pPr>
    </w:p>
    <w:p w14:paraId="570C9093" w14:textId="77777777" w:rsidR="0007579B" w:rsidRDefault="0007579B">
      <w:pPr>
        <w:rPr>
          <w:lang w:eastAsia="ja-JP"/>
        </w:rPr>
      </w:pPr>
    </w:p>
    <w:tbl>
      <w:tblPr>
        <w:tblStyle w:val="af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8"/>
        <w:gridCol w:w="2541"/>
        <w:gridCol w:w="5641"/>
        <w:gridCol w:w="819"/>
      </w:tblGrid>
      <w:tr w:rsidR="0007579B" w14:paraId="600BEE22" w14:textId="77777777" w:rsidTr="003C4395">
        <w:tc>
          <w:tcPr>
            <w:tcW w:w="678" w:type="dxa"/>
            <w:tcBorders>
              <w:top w:val="single" w:sz="4" w:space="0" w:color="000000"/>
            </w:tcBorders>
            <w:shd w:val="clear" w:color="auto" w:fill="D9D9D9"/>
          </w:tcPr>
          <w:p w14:paraId="436D86AE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lastRenderedPageBreak/>
              <w:t>No.</w:t>
            </w:r>
          </w:p>
        </w:tc>
        <w:tc>
          <w:tcPr>
            <w:tcW w:w="2541" w:type="dxa"/>
            <w:tcBorders>
              <w:top w:val="single" w:sz="4" w:space="0" w:color="000000"/>
            </w:tcBorders>
            <w:shd w:val="clear" w:color="auto" w:fill="D9D9D9"/>
          </w:tcPr>
          <w:p w14:paraId="5BD4A816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t>書類名称</w:t>
            </w:r>
            <w:proofErr w:type="spellEnd"/>
          </w:p>
        </w:tc>
        <w:tc>
          <w:tcPr>
            <w:tcW w:w="5641" w:type="dxa"/>
            <w:tcBorders>
              <w:top w:val="single" w:sz="4" w:space="0" w:color="000000"/>
            </w:tcBorders>
            <w:shd w:val="clear" w:color="auto" w:fill="D9D9D9"/>
          </w:tcPr>
          <w:p w14:paraId="08413CE5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b/>
                <w:sz w:val="18"/>
                <w:szCs w:val="18"/>
                <w:lang w:eastAsia="ja-JP"/>
              </w:rPr>
              <w:t>確認ポイント・作成上の注意事項</w:t>
            </w:r>
          </w:p>
        </w:tc>
        <w:tc>
          <w:tcPr>
            <w:tcW w:w="819" w:type="dxa"/>
            <w:tcBorders>
              <w:top w:val="single" w:sz="4" w:space="0" w:color="000000"/>
            </w:tcBorders>
            <w:shd w:val="clear" w:color="auto" w:fill="D9D9D9"/>
          </w:tcPr>
          <w:p w14:paraId="49C9DC0E" w14:textId="77777777" w:rsidR="0007579B" w:rsidRDefault="0007579B" w:rsidP="003C4395">
            <w:pPr>
              <w:spacing w:before="20" w:after="20"/>
              <w:jc w:val="center"/>
            </w:pPr>
            <w:proofErr w:type="spellStart"/>
            <w:r>
              <w:rPr>
                <w:rFonts w:ascii="ＭＳ ゴシック" w:eastAsia="ＭＳ ゴシック" w:hAnsi="ＭＳ ゴシック"/>
                <w:b/>
                <w:sz w:val="20"/>
              </w:rPr>
              <w:t>確認</w:t>
            </w:r>
            <w:proofErr w:type="spellEnd"/>
            <w:r>
              <w:rPr>
                <w:rFonts w:ascii="ＭＳ ゴシック" w:eastAsia="ＭＳ ゴシック" w:hAnsi="ＭＳ ゴシック"/>
                <w:b/>
                <w:sz w:val="20"/>
              </w:rPr>
              <w:br/>
              <w:t>（✓）</w:t>
            </w:r>
          </w:p>
        </w:tc>
      </w:tr>
      <w:tr w:rsidR="0007579B" w14:paraId="78B77C7C" w14:textId="77777777" w:rsidTr="003C4395">
        <w:tc>
          <w:tcPr>
            <w:tcW w:w="678" w:type="dxa"/>
          </w:tcPr>
          <w:p w14:paraId="44BB8184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13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686485C2" w14:textId="77777777" w:rsidR="0007579B" w:rsidRPr="00070037" w:rsidRDefault="0007579B" w:rsidP="003C439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製造実績及び機械試験の記録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【製品ごと（月別、強度別）】（※１）</w:t>
            </w:r>
          </w:p>
        </w:tc>
        <w:tc>
          <w:tcPr>
            <w:tcW w:w="5641" w:type="dxa"/>
          </w:tcPr>
          <w:p w14:paraId="736C5763" w14:textId="77777777" w:rsidR="0007579B" w:rsidRDefault="0007579B" w:rsidP="003C439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・製品ごとの製造実績及び機械試験の結果がわかるもの</w:t>
            </w:r>
          </w:p>
          <w:p w14:paraId="1E617118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（ヒストグラム及び不良率）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・新規：直近１年間以上の記録、更新：認定期間中の記録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・更新を経た製造会社が新規の製品を申請する場合は直近３カ月以上の記録</w:t>
            </w:r>
          </w:p>
        </w:tc>
        <w:tc>
          <w:tcPr>
            <w:tcW w:w="819" w:type="dxa"/>
          </w:tcPr>
          <w:p w14:paraId="1B3C7093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07579B" w14:paraId="10C0DE86" w14:textId="77777777" w:rsidTr="003C4395">
        <w:tc>
          <w:tcPr>
            <w:tcW w:w="678" w:type="dxa"/>
          </w:tcPr>
          <w:p w14:paraId="322F8D05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14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6541C8EA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製造機器点検規定</w:t>
            </w:r>
            <w:proofErr w:type="spellEnd"/>
          </w:p>
        </w:tc>
        <w:tc>
          <w:tcPr>
            <w:tcW w:w="5641" w:type="dxa"/>
          </w:tcPr>
          <w:p w14:paraId="27C59984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・申請工場で使用しているもの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・機器管理責任者の役割が記載されていること</w:t>
            </w:r>
          </w:p>
        </w:tc>
        <w:tc>
          <w:tcPr>
            <w:tcW w:w="819" w:type="dxa"/>
          </w:tcPr>
          <w:p w14:paraId="629F34FE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07579B" w14:paraId="71F01AE7" w14:textId="77777777" w:rsidTr="003C4395">
        <w:tc>
          <w:tcPr>
            <w:tcW w:w="678" w:type="dxa"/>
          </w:tcPr>
          <w:p w14:paraId="522583E2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5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044160B4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製造機器の整備記録台帳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（切断機、曲げ機、溶接器）</w:t>
            </w:r>
          </w:p>
        </w:tc>
        <w:tc>
          <w:tcPr>
            <w:tcW w:w="5641" w:type="dxa"/>
          </w:tcPr>
          <w:p w14:paraId="5B278692" w14:textId="77777777" w:rsidR="0007579B" w:rsidRDefault="0007579B" w:rsidP="003C4395">
            <w:pPr>
              <w:spacing w:before="20" w:after="2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・7）で提出した製品（抜き取り物件の一出荷分）の製造月に</w:t>
            </w:r>
          </w:p>
          <w:p w14:paraId="16627D30" w14:textId="77777777" w:rsidR="0007579B" w:rsidRPr="009F3F95" w:rsidRDefault="0007579B" w:rsidP="003C4395">
            <w:pPr>
              <w:spacing w:before="20" w:after="20"/>
              <w:ind w:firstLineChars="100" w:firstLine="18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おける製造機器の整備記録台帳</w:t>
            </w:r>
          </w:p>
        </w:tc>
        <w:tc>
          <w:tcPr>
            <w:tcW w:w="819" w:type="dxa"/>
          </w:tcPr>
          <w:p w14:paraId="5B694E5D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07579B" w14:paraId="00C4953B" w14:textId="77777777" w:rsidTr="003C4395">
        <w:tc>
          <w:tcPr>
            <w:tcW w:w="678" w:type="dxa"/>
          </w:tcPr>
          <w:p w14:paraId="2344F6F2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6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27C27277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教育規定</w:t>
            </w:r>
            <w:proofErr w:type="spellEnd"/>
          </w:p>
        </w:tc>
        <w:tc>
          <w:tcPr>
            <w:tcW w:w="5641" w:type="dxa"/>
          </w:tcPr>
          <w:p w14:paraId="69ADFCD2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・受入れ教育及び定期教育の状況がわかるもの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・教育訓練責任者の役割が記載されていること</w:t>
            </w:r>
          </w:p>
        </w:tc>
        <w:tc>
          <w:tcPr>
            <w:tcW w:w="819" w:type="dxa"/>
          </w:tcPr>
          <w:p w14:paraId="52C8E9F7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07579B" w14:paraId="3F17A017" w14:textId="77777777" w:rsidTr="003C4395">
        <w:tc>
          <w:tcPr>
            <w:tcW w:w="678" w:type="dxa"/>
          </w:tcPr>
          <w:p w14:paraId="109DAC83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7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0BEFDA49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教育実施の記録</w:t>
            </w:r>
            <w:proofErr w:type="spellEnd"/>
          </w:p>
        </w:tc>
        <w:tc>
          <w:tcPr>
            <w:tcW w:w="5641" w:type="dxa"/>
          </w:tcPr>
          <w:p w14:paraId="0B95E672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・受入教育の記録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・定期教育の計画と記録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・新規：直近１年間以上の記録、更新：認定期間中の記録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・更新を経た製造会社が新規の製品を申請する場合は直近３カ月以上の記録</w:t>
            </w:r>
          </w:p>
        </w:tc>
        <w:tc>
          <w:tcPr>
            <w:tcW w:w="819" w:type="dxa"/>
          </w:tcPr>
          <w:p w14:paraId="10B65CED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07579B" w14:paraId="3B0F08D8" w14:textId="77777777" w:rsidTr="003C4395">
        <w:tc>
          <w:tcPr>
            <w:tcW w:w="678" w:type="dxa"/>
          </w:tcPr>
          <w:p w14:paraId="08656617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8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350A4657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監査規定</w:t>
            </w:r>
            <w:proofErr w:type="spellEnd"/>
          </w:p>
        </w:tc>
        <w:tc>
          <w:tcPr>
            <w:tcW w:w="5641" w:type="dxa"/>
          </w:tcPr>
          <w:p w14:paraId="6639441B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・社内監査又は社外監査の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内容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がわかるもの</w:t>
            </w:r>
          </w:p>
        </w:tc>
        <w:tc>
          <w:tcPr>
            <w:tcW w:w="819" w:type="dxa"/>
          </w:tcPr>
          <w:p w14:paraId="3DF6AB1B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07579B" w14:paraId="36DFCD72" w14:textId="77777777" w:rsidTr="003C4395">
        <w:tc>
          <w:tcPr>
            <w:tcW w:w="678" w:type="dxa"/>
          </w:tcPr>
          <w:p w14:paraId="4AD31EBC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19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204EEB17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監査記録</w:t>
            </w:r>
            <w:proofErr w:type="spellEnd"/>
          </w:p>
        </w:tc>
        <w:tc>
          <w:tcPr>
            <w:tcW w:w="5641" w:type="dxa"/>
          </w:tcPr>
          <w:p w14:paraId="0E9D8E33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・監査の対象と指摘、被対象者の回答がわかるもの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・対応が必要な指摘がある場合、その対応がわかるもの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・新規：直近１年間以上の記録、更新：認定期間中の記録</w:t>
            </w:r>
          </w:p>
        </w:tc>
        <w:tc>
          <w:tcPr>
            <w:tcW w:w="819" w:type="dxa"/>
          </w:tcPr>
          <w:p w14:paraId="4D6500E2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07579B" w14:paraId="57013D44" w14:textId="77777777" w:rsidTr="003C4395">
        <w:tc>
          <w:tcPr>
            <w:tcW w:w="678" w:type="dxa"/>
          </w:tcPr>
          <w:p w14:paraId="42D9651B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20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29089CB8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</w:rPr>
            </w:pPr>
            <w:proofErr w:type="spellStart"/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不具合に関する規程</w:t>
            </w:r>
            <w:proofErr w:type="spellEnd"/>
          </w:p>
        </w:tc>
        <w:tc>
          <w:tcPr>
            <w:tcW w:w="5641" w:type="dxa"/>
          </w:tcPr>
          <w:p w14:paraId="4A710580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・不具合発生時の報告や初期対応、是正処置のルールがわかるもの</w:t>
            </w:r>
          </w:p>
        </w:tc>
        <w:tc>
          <w:tcPr>
            <w:tcW w:w="819" w:type="dxa"/>
          </w:tcPr>
          <w:p w14:paraId="6CECE45A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  <w:tr w:rsidR="0007579B" w14:paraId="31491FD1" w14:textId="77777777" w:rsidTr="003C4395">
        <w:tc>
          <w:tcPr>
            <w:tcW w:w="678" w:type="dxa"/>
          </w:tcPr>
          <w:p w14:paraId="65983B2F" w14:textId="77777777" w:rsidR="0007579B" w:rsidRPr="009F3F95" w:rsidRDefault="0007579B" w:rsidP="003C4395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21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)</w:t>
            </w:r>
          </w:p>
        </w:tc>
        <w:tc>
          <w:tcPr>
            <w:tcW w:w="2541" w:type="dxa"/>
          </w:tcPr>
          <w:p w14:paraId="1C235FFB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不具合に関する記録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【原因、対応、対策の記録】</w:t>
            </w:r>
          </w:p>
        </w:tc>
        <w:tc>
          <w:tcPr>
            <w:tcW w:w="5641" w:type="dxa"/>
          </w:tcPr>
          <w:p w14:paraId="1425D4DC" w14:textId="77777777" w:rsidR="0007579B" w:rsidRPr="009F3F95" w:rsidRDefault="0007579B" w:rsidP="003C4395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・不具合報告書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>・不具合の是正措置報告書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 xml:space="preserve">　※不具合発生が無い場合は、その旨を書面で報告すること</w:t>
            </w:r>
          </w:p>
        </w:tc>
        <w:tc>
          <w:tcPr>
            <w:tcW w:w="819" w:type="dxa"/>
          </w:tcPr>
          <w:p w14:paraId="0A63CA00" w14:textId="77777777" w:rsidR="0007579B" w:rsidRDefault="0007579B" w:rsidP="003C4395">
            <w:pPr>
              <w:spacing w:before="20" w:after="20"/>
              <w:jc w:val="center"/>
            </w:pPr>
            <w:r>
              <w:rPr>
                <w:rFonts w:ascii="ＭＳ ゴシック" w:eastAsia="ＭＳ ゴシック" w:hAnsi="ＭＳ ゴシック"/>
                <w:sz w:val="19"/>
              </w:rPr>
              <w:t>☐</w:t>
            </w:r>
          </w:p>
        </w:tc>
      </w:tr>
    </w:tbl>
    <w:p w14:paraId="6FD46D2F" w14:textId="77777777" w:rsidR="0007579B" w:rsidRDefault="0007579B">
      <w:pPr>
        <w:rPr>
          <w:lang w:eastAsia="ja-JP"/>
        </w:rPr>
      </w:pPr>
    </w:p>
    <w:p w14:paraId="39C88D13" w14:textId="0B5ED96E" w:rsidR="00255710" w:rsidRDefault="00F40BCF">
      <w:pPr>
        <w:spacing w:before="160" w:after="80"/>
        <w:rPr>
          <w:lang w:eastAsia="ja-JP"/>
        </w:rPr>
      </w:pPr>
      <w:r>
        <w:rPr>
          <w:rFonts w:ascii="ＭＳ ゴシック" w:eastAsia="ＭＳ ゴシック" w:hAnsi="ＭＳ ゴシック"/>
          <w:b/>
          <w:lang w:eastAsia="ja-JP"/>
        </w:rPr>
        <w:t>Ⅴ</w:t>
      </w:r>
      <w:r w:rsidR="0054784C">
        <w:rPr>
          <w:rFonts w:ascii="ＭＳ ゴシック" w:eastAsia="ＭＳ ゴシック" w:hAnsi="ＭＳ ゴシック"/>
          <w:b/>
          <w:lang w:eastAsia="ja-JP"/>
        </w:rPr>
        <w:t>．PDF化・しおり（目次）設定</w:t>
      </w:r>
      <w:r w:rsidR="00C715DB">
        <w:rPr>
          <w:rFonts w:ascii="ＭＳ ゴシック" w:eastAsia="ＭＳ ゴシック" w:hAnsi="ＭＳ ゴシック" w:hint="eastAsia"/>
          <w:b/>
          <w:lang w:eastAsia="ja-JP"/>
        </w:rPr>
        <w:t>などの</w:t>
      </w:r>
      <w:r w:rsidR="0054784C">
        <w:rPr>
          <w:rFonts w:ascii="ＭＳ ゴシック" w:eastAsia="ＭＳ ゴシック" w:hAnsi="ＭＳ ゴシック"/>
          <w:b/>
          <w:lang w:eastAsia="ja-JP"/>
        </w:rPr>
        <w:t>チェックリスト</w:t>
      </w:r>
    </w:p>
    <w:p w14:paraId="5DD8E718" w14:textId="77777777" w:rsidR="00255710" w:rsidRDefault="0054784C">
      <w:pPr>
        <w:spacing w:before="40" w:after="40"/>
        <w:rPr>
          <w:rFonts w:ascii="ＭＳ ゴシック" w:eastAsia="ＭＳ ゴシック" w:hAnsi="ＭＳ ゴシック"/>
          <w:sz w:val="20"/>
          <w:szCs w:val="20"/>
          <w:lang w:eastAsia="ja-JP"/>
        </w:rPr>
      </w:pPr>
      <w:r>
        <w:rPr>
          <w:rFonts w:ascii="ＭＳ ゴシック" w:eastAsia="ＭＳ ゴシック" w:hAnsi="ＭＳ ゴシック"/>
          <w:sz w:val="21"/>
          <w:lang w:eastAsia="ja-JP"/>
        </w:rPr>
        <w:t xml:space="preserve">　提</w:t>
      </w:r>
      <w:r w:rsidRPr="009F3F95">
        <w:rPr>
          <w:rFonts w:ascii="ＭＳ ゴシック" w:eastAsia="ＭＳ ゴシック" w:hAnsi="ＭＳ ゴシック"/>
          <w:sz w:val="20"/>
          <w:szCs w:val="20"/>
          <w:lang w:eastAsia="ja-JP"/>
        </w:rPr>
        <w:t>出前に以下の項目を確認し、✓を入れてください。</w:t>
      </w:r>
    </w:p>
    <w:p w14:paraId="769E1640" w14:textId="77777777" w:rsidR="0007579B" w:rsidRPr="009F3F95" w:rsidRDefault="0007579B">
      <w:pPr>
        <w:spacing w:before="40" w:after="40"/>
        <w:rPr>
          <w:sz w:val="20"/>
          <w:szCs w:val="20"/>
          <w:lang w:eastAsia="ja-JP"/>
        </w:rPr>
      </w:pPr>
    </w:p>
    <w:tbl>
      <w:tblPr>
        <w:tblStyle w:val="af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8957"/>
      </w:tblGrid>
      <w:tr w:rsidR="00255710" w14:paraId="0CB4D9BE" w14:textId="77777777">
        <w:tc>
          <w:tcPr>
            <w:tcW w:w="680" w:type="dxa"/>
            <w:vAlign w:val="center"/>
          </w:tcPr>
          <w:p w14:paraId="652671B6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0EE545D6" w14:textId="759514A6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全提出書類（表１の１）～</w:t>
            </w:r>
            <w:r w:rsidR="001715C9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21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））を PDF 形式に変換し</w:t>
            </w:r>
            <w:r w:rsidR="00C715D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て、一式にまとめた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。</w:t>
            </w:r>
          </w:p>
        </w:tc>
      </w:tr>
      <w:tr w:rsidR="00255710" w14:paraId="283BE43A" w14:textId="77777777">
        <w:tc>
          <w:tcPr>
            <w:tcW w:w="680" w:type="dxa"/>
            <w:vAlign w:val="center"/>
          </w:tcPr>
          <w:p w14:paraId="11120DF1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7CAD87B3" w14:textId="734629AD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ページを通しで割り付けた（ページ番号が連続している）。</w:t>
            </w:r>
          </w:p>
        </w:tc>
      </w:tr>
      <w:tr w:rsidR="00255710" w14:paraId="49B724DD" w14:textId="77777777">
        <w:tc>
          <w:tcPr>
            <w:tcW w:w="680" w:type="dxa"/>
            <w:vAlign w:val="center"/>
          </w:tcPr>
          <w:p w14:paraId="1CAF44D6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0AF08F53" w14:textId="78DB928F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書類名称（１）～</w:t>
            </w:r>
            <w:r w:rsidR="00C715D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21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））ごとに PDF の"しおり"（ブックマーク）を設定した。</w:t>
            </w:r>
          </w:p>
        </w:tc>
      </w:tr>
      <w:tr w:rsidR="00255710" w14:paraId="75C4FB44" w14:textId="77777777">
        <w:tc>
          <w:tcPr>
            <w:tcW w:w="680" w:type="dxa"/>
            <w:vAlign w:val="center"/>
          </w:tcPr>
          <w:p w14:paraId="120E1797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41ABC583" w14:textId="77777777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製品ごとに PDF の"しおり"（ブックマーク）を設定した。</w:t>
            </w:r>
          </w:p>
        </w:tc>
      </w:tr>
      <w:tr w:rsidR="00255710" w14:paraId="08258B31" w14:textId="77777777">
        <w:tc>
          <w:tcPr>
            <w:tcW w:w="680" w:type="dxa"/>
            <w:vAlign w:val="center"/>
          </w:tcPr>
          <w:p w14:paraId="20E86740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0ECDCC5B" w14:textId="77777777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しおりを展開すると目次として機能することを確認した（PDF ビューアで動作確認済み）。</w:t>
            </w:r>
          </w:p>
        </w:tc>
      </w:tr>
      <w:tr w:rsidR="00255710" w14:paraId="506192FC" w14:textId="77777777">
        <w:tc>
          <w:tcPr>
            <w:tcW w:w="680" w:type="dxa"/>
            <w:vAlign w:val="center"/>
          </w:tcPr>
          <w:p w14:paraId="235978E5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3A7FB578" w14:textId="5FBFAE79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【優補-様式-01・別紙</w:t>
            </w:r>
            <w:r w:rsidR="00E9312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】</w:t>
            </w:r>
            <w:r w:rsidR="00C715D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、</w:t>
            </w:r>
            <w:r w:rsidR="00C715DB"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【優補-様式-01・別紙</w:t>
            </w:r>
            <w:r w:rsidR="00C715D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2</w:t>
            </w:r>
            <w:r w:rsidR="00C715DB"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】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が申請書に含まれていることを確認した。</w:t>
            </w:r>
          </w:p>
        </w:tc>
      </w:tr>
      <w:tr w:rsidR="00255710" w14:paraId="3F627A71" w14:textId="77777777">
        <w:tc>
          <w:tcPr>
            <w:tcW w:w="680" w:type="dxa"/>
            <w:vAlign w:val="center"/>
          </w:tcPr>
          <w:p w14:paraId="4A50B7F2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15AD960F" w14:textId="77777777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PDF ファイルが正常に開けることを確認した（パスワードロック等がないこと）。</w:t>
            </w:r>
          </w:p>
        </w:tc>
      </w:tr>
      <w:tr w:rsidR="00C715DB" w14:paraId="6C4B5422" w14:textId="77777777">
        <w:tc>
          <w:tcPr>
            <w:tcW w:w="680" w:type="dxa"/>
            <w:vAlign w:val="center"/>
          </w:tcPr>
          <w:p w14:paraId="0DEB2220" w14:textId="34B5B9EB" w:rsidR="00C715DB" w:rsidRPr="009F3F95" w:rsidRDefault="00C715DB">
            <w:pPr>
              <w:spacing w:before="40" w:after="4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2258284B" w14:textId="00394C6A" w:rsidR="00657BC9" w:rsidRDefault="00657BC9" w:rsidP="00657BC9">
            <w:pPr>
              <w:spacing w:before="20" w:after="20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申請書類のファイル名は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申請区分に応じ、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「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優良せん断申請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書類_申請会社名_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新規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.pdf」、</w:t>
            </w:r>
          </w:p>
          <w:p w14:paraId="1088D475" w14:textId="4DC28D7A" w:rsidR="00C715DB" w:rsidRPr="009F3F95" w:rsidRDefault="00657BC9" w:rsidP="00657BC9">
            <w:pPr>
              <w:spacing w:before="40" w:after="4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「</w:t>
            </w:r>
            <w:r w:rsidRPr="009F3F95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優良せん断申請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書類_申請会社名_更新.pdf」とした。</w:t>
            </w:r>
          </w:p>
        </w:tc>
      </w:tr>
      <w:tr w:rsidR="00255710" w14:paraId="4D8561FB" w14:textId="77777777">
        <w:tc>
          <w:tcPr>
            <w:tcW w:w="680" w:type="dxa"/>
            <w:vAlign w:val="center"/>
          </w:tcPr>
          <w:p w14:paraId="40001558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5E3FB812" w14:textId="42042665" w:rsidR="00255710" w:rsidRPr="009F3F95" w:rsidRDefault="00657BC9">
            <w:pPr>
              <w:spacing w:before="40" w:after="40"/>
              <w:rPr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申請書類のファイルが各30MB以下であることを確認した。</w:t>
            </w:r>
          </w:p>
        </w:tc>
      </w:tr>
    </w:tbl>
    <w:p w14:paraId="110CB30D" w14:textId="77777777" w:rsidR="00255710" w:rsidRDefault="00255710">
      <w:pPr>
        <w:rPr>
          <w:lang w:eastAsia="ja-JP"/>
        </w:rPr>
      </w:pPr>
    </w:p>
    <w:p w14:paraId="25FB7431" w14:textId="77777777" w:rsidR="0007579B" w:rsidRDefault="0007579B">
      <w:pPr>
        <w:rPr>
          <w:lang w:eastAsia="ja-JP"/>
        </w:rPr>
      </w:pPr>
    </w:p>
    <w:p w14:paraId="6F35DB66" w14:textId="77777777" w:rsidR="0007579B" w:rsidRDefault="0007579B">
      <w:pPr>
        <w:rPr>
          <w:lang w:eastAsia="ja-JP"/>
        </w:rPr>
      </w:pPr>
    </w:p>
    <w:p w14:paraId="20F7449E" w14:textId="77777777" w:rsidR="0007579B" w:rsidRDefault="0007579B">
      <w:pPr>
        <w:rPr>
          <w:lang w:eastAsia="ja-JP"/>
        </w:rPr>
      </w:pPr>
    </w:p>
    <w:p w14:paraId="2F3DBD89" w14:textId="2B081116" w:rsidR="00255710" w:rsidRDefault="00F40BCF">
      <w:pPr>
        <w:spacing w:before="160" w:after="80"/>
        <w:rPr>
          <w:lang w:eastAsia="ja-JP"/>
        </w:rPr>
      </w:pPr>
      <w:r>
        <w:rPr>
          <w:rFonts w:ascii="ＭＳ ゴシック" w:eastAsia="ＭＳ ゴシック" w:hAnsi="ＭＳ ゴシック"/>
          <w:b/>
          <w:lang w:eastAsia="ja-JP"/>
        </w:rPr>
        <w:lastRenderedPageBreak/>
        <w:t>Ⅵ</w:t>
      </w:r>
      <w:r w:rsidR="0054784C">
        <w:rPr>
          <w:rFonts w:ascii="ＭＳ ゴシック" w:eastAsia="ＭＳ ゴシック" w:hAnsi="ＭＳ ゴシック"/>
          <w:b/>
          <w:lang w:eastAsia="ja-JP"/>
        </w:rPr>
        <w:t>．提出方法チェックリスト</w:t>
      </w:r>
    </w:p>
    <w:p w14:paraId="6E9CF301" w14:textId="77777777" w:rsidR="00255710" w:rsidRDefault="0054784C">
      <w:pPr>
        <w:spacing w:before="40" w:after="40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9F3F95">
        <w:rPr>
          <w:rFonts w:ascii="ＭＳ ゴシック" w:eastAsia="ＭＳ ゴシック" w:hAnsi="ＭＳ ゴシック"/>
          <w:sz w:val="20"/>
          <w:szCs w:val="20"/>
          <w:lang w:eastAsia="ja-JP"/>
        </w:rPr>
        <w:t xml:space="preserve">　提出前に以下の項目を確認し、✓を入れてください。</w:t>
      </w:r>
    </w:p>
    <w:p w14:paraId="0B1DE2BA" w14:textId="77777777" w:rsidR="0007579B" w:rsidRPr="009F3F95" w:rsidRDefault="0007579B">
      <w:pPr>
        <w:spacing w:before="40" w:after="40"/>
        <w:rPr>
          <w:sz w:val="20"/>
          <w:szCs w:val="20"/>
          <w:lang w:eastAsia="ja-JP"/>
        </w:rPr>
      </w:pPr>
    </w:p>
    <w:tbl>
      <w:tblPr>
        <w:tblStyle w:val="af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8957"/>
      </w:tblGrid>
      <w:tr w:rsidR="00255710" w14:paraId="2F3880A6" w14:textId="77777777">
        <w:tc>
          <w:tcPr>
            <w:tcW w:w="680" w:type="dxa"/>
            <w:vAlign w:val="center"/>
          </w:tcPr>
          <w:p w14:paraId="16235D16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65B6C1DF" w14:textId="77777777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メール添付、または任意クラウドへアップロードしリンクをメール内に掲載した。</w:t>
            </w:r>
          </w:p>
        </w:tc>
      </w:tr>
      <w:tr w:rsidR="00255710" w14:paraId="78EC3831" w14:textId="77777777">
        <w:tc>
          <w:tcPr>
            <w:tcW w:w="680" w:type="dxa"/>
            <w:vAlign w:val="center"/>
          </w:tcPr>
          <w:p w14:paraId="25AC24B7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58095419" w14:textId="439B2CE1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メール件名を正しく設定した。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 xml:space="preserve">　新規申請：「新規　優良</w:t>
            </w:r>
            <w:r w:rsidR="00CF5E7C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溶接閉鎖せん断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補強筋製造会社認定申請</w:t>
            </w:r>
            <w:r w:rsidR="00070037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　申請工場名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」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br/>
              <w:t xml:space="preserve">　更新申請：「更新　優良</w:t>
            </w:r>
            <w:r w:rsidR="00CF5E7C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溶接閉鎖せん断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補強筋製造会社認定申請</w:t>
            </w:r>
            <w:r w:rsidR="00070037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　申請工場名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」</w:t>
            </w:r>
          </w:p>
        </w:tc>
      </w:tr>
      <w:tr w:rsidR="00F54C8B" w14:paraId="7CF1CECD" w14:textId="77777777" w:rsidTr="00F54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0" w:type="dxa"/>
          </w:tcPr>
          <w:p w14:paraId="24E38FB2" w14:textId="77777777" w:rsidR="00F54C8B" w:rsidRPr="009F3F95" w:rsidRDefault="00F54C8B" w:rsidP="00064E8A">
            <w:pPr>
              <w:spacing w:before="40" w:after="4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</w:tcPr>
          <w:p w14:paraId="490C6E57" w14:textId="56C0B383" w:rsidR="00F54C8B" w:rsidRPr="009F3F95" w:rsidRDefault="00F54C8B" w:rsidP="00064E8A">
            <w:pPr>
              <w:spacing w:before="40" w:after="4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【優補-様式01別紙１】</w:t>
            </w:r>
            <w:r>
              <w:rPr>
                <w:rFonts w:hint="eastAsia"/>
                <w:sz w:val="18"/>
                <w:szCs w:val="18"/>
                <w:lang w:eastAsia="ja-JP"/>
              </w:rPr>
              <w:t>は</w:t>
            </w:r>
            <w:r>
              <w:rPr>
                <w:rFonts w:hint="eastAsia"/>
                <w:sz w:val="18"/>
                <w:szCs w:val="18"/>
                <w:lang w:eastAsia="ja-JP"/>
              </w:rPr>
              <w:t>Excel</w:t>
            </w:r>
            <w:r w:rsidRPr="00BF630F">
              <w:rPr>
                <w:rFonts w:hint="eastAsia"/>
                <w:sz w:val="18"/>
                <w:szCs w:val="18"/>
                <w:lang w:eastAsia="ja-JP"/>
              </w:rPr>
              <w:t>データ</w:t>
            </w:r>
            <w:r w:rsidRPr="00F54C8B">
              <w:rPr>
                <w:rFonts w:hint="eastAsia"/>
                <w:sz w:val="18"/>
                <w:szCs w:val="18"/>
                <w:lang w:eastAsia="ja-JP"/>
              </w:rPr>
              <w:t>を添付した。</w:t>
            </w:r>
          </w:p>
        </w:tc>
      </w:tr>
      <w:tr w:rsidR="00F54C8B" w14:paraId="75690E08" w14:textId="77777777" w:rsidTr="00F54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0" w:type="dxa"/>
          </w:tcPr>
          <w:p w14:paraId="63978E73" w14:textId="77777777" w:rsidR="00F54C8B" w:rsidRPr="009F3F95" w:rsidRDefault="00F54C8B" w:rsidP="00064E8A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</w:tcPr>
          <w:p w14:paraId="4840B4E8" w14:textId="6D7D905C" w:rsidR="00F54C8B" w:rsidRPr="009F3F95" w:rsidRDefault="00F54C8B" w:rsidP="00064E8A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【優補-様式01別紙</w:t>
            </w:r>
            <w:r>
              <w:rPr>
                <w:rFonts w:ascii="ＭＳ 明朝" w:hAnsi="ＭＳ 明朝" w:hint="eastAsia"/>
                <w:sz w:val="18"/>
                <w:szCs w:val="18"/>
                <w:lang w:eastAsia="ja-JP"/>
              </w:rPr>
              <w:t>2</w:t>
            </w:r>
            <w:r w:rsidRPr="00711A37">
              <w:rPr>
                <w:rFonts w:ascii="ＭＳ 明朝" w:hAnsi="ＭＳ 明朝" w:hint="eastAsia"/>
                <w:sz w:val="18"/>
                <w:szCs w:val="18"/>
                <w:lang w:eastAsia="ja-JP"/>
              </w:rPr>
              <w:t>】</w:t>
            </w:r>
            <w:r>
              <w:rPr>
                <w:rFonts w:ascii="ＭＳ 明朝" w:hAnsi="ＭＳ 明朝" w:hint="eastAsia"/>
                <w:sz w:val="18"/>
                <w:szCs w:val="18"/>
                <w:lang w:eastAsia="ja-JP"/>
              </w:rPr>
              <w:t>の</w:t>
            </w: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jpeg データ（写真）</w:t>
            </w:r>
            <w:r w:rsidRPr="00F54C8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を添付した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。</w:t>
            </w:r>
          </w:p>
        </w:tc>
      </w:tr>
      <w:tr w:rsidR="00255710" w14:paraId="406DF5C2" w14:textId="77777777">
        <w:tc>
          <w:tcPr>
            <w:tcW w:w="680" w:type="dxa"/>
            <w:vAlign w:val="center"/>
          </w:tcPr>
          <w:p w14:paraId="1934AC56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14C40E86" w14:textId="77777777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本チェック票（記入済み）を添付した。</w:t>
            </w:r>
          </w:p>
        </w:tc>
      </w:tr>
      <w:tr w:rsidR="00255710" w14:paraId="77C08240" w14:textId="77777777">
        <w:tc>
          <w:tcPr>
            <w:tcW w:w="680" w:type="dxa"/>
            <w:vAlign w:val="center"/>
          </w:tcPr>
          <w:p w14:paraId="5579ED77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4197CDD7" w14:textId="77777777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申請期限内に提出した（申請期限を超過した場合は受理されないため要注意）。</w:t>
            </w:r>
          </w:p>
        </w:tc>
      </w:tr>
      <w:tr w:rsidR="00255710" w14:paraId="78646A8B" w14:textId="77777777">
        <w:tc>
          <w:tcPr>
            <w:tcW w:w="680" w:type="dxa"/>
            <w:vAlign w:val="center"/>
          </w:tcPr>
          <w:p w14:paraId="2F51C697" w14:textId="77777777" w:rsidR="00255710" w:rsidRPr="009F3F95" w:rsidRDefault="0054784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</w:rPr>
              <w:t>☐</w:t>
            </w:r>
          </w:p>
        </w:tc>
        <w:tc>
          <w:tcPr>
            <w:tcW w:w="8957" w:type="dxa"/>
            <w:vAlign w:val="center"/>
          </w:tcPr>
          <w:p w14:paraId="6F3C53B6" w14:textId="77777777" w:rsidR="00255710" w:rsidRPr="009F3F95" w:rsidRDefault="0054784C">
            <w:pPr>
              <w:spacing w:before="40" w:after="40"/>
              <w:rPr>
                <w:sz w:val="18"/>
                <w:szCs w:val="18"/>
                <w:lang w:eastAsia="ja-JP"/>
              </w:rPr>
            </w:pPr>
            <w:r w:rsidRPr="009F3F95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申請・審査料を納付した（申請と同時に納付すること）。</w:t>
            </w:r>
          </w:p>
        </w:tc>
      </w:tr>
    </w:tbl>
    <w:p w14:paraId="7AA98A59" w14:textId="77777777" w:rsidR="00255710" w:rsidRPr="009F3F95" w:rsidRDefault="0054784C">
      <w:pPr>
        <w:spacing w:before="160"/>
        <w:jc w:val="right"/>
        <w:rPr>
          <w:sz w:val="20"/>
          <w:szCs w:val="20"/>
        </w:rPr>
      </w:pPr>
      <w:proofErr w:type="spellStart"/>
      <w:r w:rsidRPr="009F3F95">
        <w:rPr>
          <w:rFonts w:ascii="ＭＳ ゴシック" w:eastAsia="ＭＳ ゴシック" w:hAnsi="ＭＳ ゴシック"/>
          <w:sz w:val="20"/>
          <w:szCs w:val="20"/>
        </w:rPr>
        <w:t>以上</w:t>
      </w:r>
      <w:proofErr w:type="spellEnd"/>
    </w:p>
    <w:sectPr w:rsidR="00255710" w:rsidRPr="009F3F95" w:rsidSect="008E6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56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5730C" w14:textId="77777777" w:rsidR="0041181D" w:rsidRDefault="0041181D" w:rsidP="0041181D">
      <w:pPr>
        <w:spacing w:after="0" w:line="240" w:lineRule="auto"/>
      </w:pPr>
      <w:r>
        <w:separator/>
      </w:r>
    </w:p>
  </w:endnote>
  <w:endnote w:type="continuationSeparator" w:id="0">
    <w:p w14:paraId="35EC4829" w14:textId="77777777" w:rsidR="0041181D" w:rsidRDefault="0041181D" w:rsidP="00411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DEA4" w14:textId="77777777" w:rsidR="00041655" w:rsidRDefault="0004165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B28F" w14:textId="5E24E7EF" w:rsidR="0007579B" w:rsidRDefault="00CF5E7C">
    <w:pPr>
      <w:pStyle w:val="a7"/>
      <w:rPr>
        <w:lang w:eastAsia="ja-JP"/>
      </w:rPr>
    </w:pPr>
    <w:sdt>
      <w:sdtPr>
        <w:rPr>
          <w:lang w:eastAsia="ja-JP"/>
        </w:rPr>
        <w:id w:val="969400743"/>
        <w:placeholder>
          <w:docPart w:val="84EC744348BE4BEEB5C8C3C65CF0F2DB"/>
        </w:placeholder>
        <w:temporary/>
        <w:showingPlcHdr/>
        <w15:appearance w15:val="hidden"/>
      </w:sdtPr>
      <w:sdtEndPr/>
      <w:sdtContent>
        <w:r w:rsidR="00041655" w:rsidRPr="00041655">
          <w:rPr>
            <w:lang w:val="ja-JP" w:eastAsia="ja-JP"/>
          </w:rPr>
          <w:t>[</w:t>
        </w:r>
        <w:r w:rsidR="00041655" w:rsidRPr="00041655">
          <w:rPr>
            <w:lang w:val="ja-JP" w:eastAsia="ja-JP"/>
          </w:rPr>
          <w:t>ここに入力</w:t>
        </w:r>
        <w:r w:rsidR="00041655" w:rsidRPr="00041655">
          <w:rPr>
            <w:lang w:val="ja-JP" w:eastAsia="ja-JP"/>
          </w:rPr>
          <w:t>]</w:t>
        </w:r>
      </w:sdtContent>
    </w:sdt>
    <w:r w:rsidR="00041655" w:rsidRPr="00041655">
      <w:rPr>
        <w:lang w:eastAsia="ja-JP"/>
      </w:rPr>
      <w:ptab w:relativeTo="margin" w:alignment="center" w:leader="none"/>
    </w:r>
    <w:sdt>
      <w:sdtPr>
        <w:rPr>
          <w:lang w:eastAsia="ja-JP"/>
        </w:rPr>
        <w:id w:val="969400748"/>
        <w:placeholder>
          <w:docPart w:val="84EC744348BE4BEEB5C8C3C65CF0F2DB"/>
        </w:placeholder>
        <w:temporary/>
        <w:showingPlcHdr/>
        <w15:appearance w15:val="hidden"/>
      </w:sdtPr>
      <w:sdtEndPr/>
      <w:sdtContent>
        <w:r w:rsidR="00041655" w:rsidRPr="00041655">
          <w:rPr>
            <w:lang w:val="ja-JP" w:eastAsia="ja-JP"/>
          </w:rPr>
          <w:t>[</w:t>
        </w:r>
        <w:r w:rsidR="00041655" w:rsidRPr="00041655">
          <w:rPr>
            <w:lang w:val="ja-JP" w:eastAsia="ja-JP"/>
          </w:rPr>
          <w:t>ここに入力</w:t>
        </w:r>
        <w:r w:rsidR="00041655" w:rsidRPr="00041655">
          <w:rPr>
            <w:lang w:val="ja-JP" w:eastAsia="ja-JP"/>
          </w:rPr>
          <w:t>]</w:t>
        </w:r>
      </w:sdtContent>
    </w:sdt>
    <w:r w:rsidR="00041655" w:rsidRPr="00041655">
      <w:rPr>
        <w:lang w:eastAsia="ja-JP"/>
      </w:rPr>
      <w:ptab w:relativeTo="margin" w:alignment="right" w:leader="none"/>
    </w:r>
    <w:r w:rsidR="00041655">
      <w:rPr>
        <w:rFonts w:hint="eastAsia"/>
        <w:lang w:eastAsia="ja-JP"/>
      </w:rPr>
      <w:t>2026</w:t>
    </w:r>
    <w:r w:rsidR="00041655">
      <w:rPr>
        <w:rFonts w:hint="eastAsia"/>
        <w:lang w:eastAsia="ja-JP"/>
      </w:rPr>
      <w:t>年</w:t>
    </w:r>
    <w:r w:rsidR="00041655">
      <w:rPr>
        <w:rFonts w:hint="eastAsia"/>
        <w:lang w:eastAsia="ja-JP"/>
      </w:rPr>
      <w:t>8</w:t>
    </w:r>
    <w:r w:rsidR="00041655">
      <w:rPr>
        <w:rFonts w:hint="eastAsia"/>
        <w:lang w:eastAsia="ja-JP"/>
      </w:rPr>
      <w:t>月</w:t>
    </w:r>
    <w:r w:rsidR="00041655">
      <w:rPr>
        <w:rFonts w:hint="eastAsia"/>
        <w:lang w:eastAsia="ja-JP"/>
      </w:rPr>
      <w:t>1</w:t>
    </w:r>
    <w:r w:rsidR="00041655">
      <w:rPr>
        <w:rFonts w:hint="eastAsia"/>
        <w:lang w:eastAsia="ja-JP"/>
      </w:rPr>
      <w:t>日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3945B" w14:textId="77777777" w:rsidR="00041655" w:rsidRDefault="000416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A6EE" w14:textId="77777777" w:rsidR="0041181D" w:rsidRDefault="0041181D" w:rsidP="0041181D">
      <w:pPr>
        <w:spacing w:after="0" w:line="240" w:lineRule="auto"/>
      </w:pPr>
      <w:r>
        <w:separator/>
      </w:r>
    </w:p>
  </w:footnote>
  <w:footnote w:type="continuationSeparator" w:id="0">
    <w:p w14:paraId="773D6963" w14:textId="77777777" w:rsidR="0041181D" w:rsidRDefault="0041181D" w:rsidP="00411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6ED6" w14:textId="77777777" w:rsidR="00041655" w:rsidRDefault="0004165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27F40" w14:textId="77777777" w:rsidR="00041655" w:rsidRDefault="0004165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358EF" w14:textId="77777777" w:rsidR="00041655" w:rsidRDefault="0004165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C82241"/>
    <w:multiLevelType w:val="hybridMultilevel"/>
    <w:tmpl w:val="B9B85172"/>
    <w:lvl w:ilvl="0" w:tplc="1E8437EC">
      <w:start w:val="1"/>
      <w:numFmt w:val="decimalFullWidth"/>
      <w:lvlText w:val="%1）"/>
      <w:lvlJc w:val="left"/>
      <w:pPr>
        <w:ind w:left="683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num w:numId="1" w16cid:durableId="1371765789">
    <w:abstractNumId w:val="8"/>
  </w:num>
  <w:num w:numId="2" w16cid:durableId="1831603551">
    <w:abstractNumId w:val="6"/>
  </w:num>
  <w:num w:numId="3" w16cid:durableId="1124691854">
    <w:abstractNumId w:val="5"/>
  </w:num>
  <w:num w:numId="4" w16cid:durableId="384182084">
    <w:abstractNumId w:val="4"/>
  </w:num>
  <w:num w:numId="5" w16cid:durableId="2110271232">
    <w:abstractNumId w:val="7"/>
  </w:num>
  <w:num w:numId="6" w16cid:durableId="1278289669">
    <w:abstractNumId w:val="3"/>
  </w:num>
  <w:num w:numId="7" w16cid:durableId="577711857">
    <w:abstractNumId w:val="2"/>
  </w:num>
  <w:num w:numId="8" w16cid:durableId="244461666">
    <w:abstractNumId w:val="1"/>
  </w:num>
  <w:num w:numId="9" w16cid:durableId="127866901">
    <w:abstractNumId w:val="0"/>
  </w:num>
  <w:num w:numId="10" w16cid:durableId="16281203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655"/>
    <w:rsid w:val="000476CD"/>
    <w:rsid w:val="0006063C"/>
    <w:rsid w:val="00070037"/>
    <w:rsid w:val="0007579B"/>
    <w:rsid w:val="00076447"/>
    <w:rsid w:val="0015074B"/>
    <w:rsid w:val="001715C9"/>
    <w:rsid w:val="00255710"/>
    <w:rsid w:val="00267878"/>
    <w:rsid w:val="0029639D"/>
    <w:rsid w:val="00326F90"/>
    <w:rsid w:val="00350FC0"/>
    <w:rsid w:val="0037222F"/>
    <w:rsid w:val="0041181D"/>
    <w:rsid w:val="004301AD"/>
    <w:rsid w:val="0049080A"/>
    <w:rsid w:val="004D6625"/>
    <w:rsid w:val="0054784C"/>
    <w:rsid w:val="00657BC9"/>
    <w:rsid w:val="00682E58"/>
    <w:rsid w:val="006E25BC"/>
    <w:rsid w:val="008E6EC5"/>
    <w:rsid w:val="009C4975"/>
    <w:rsid w:val="009F3F95"/>
    <w:rsid w:val="00A9679A"/>
    <w:rsid w:val="00AA1D8D"/>
    <w:rsid w:val="00AF72F4"/>
    <w:rsid w:val="00B47730"/>
    <w:rsid w:val="00B94655"/>
    <w:rsid w:val="00BD27C6"/>
    <w:rsid w:val="00C715DB"/>
    <w:rsid w:val="00C84E62"/>
    <w:rsid w:val="00CB0664"/>
    <w:rsid w:val="00CC54E5"/>
    <w:rsid w:val="00CF5E7C"/>
    <w:rsid w:val="00E85711"/>
    <w:rsid w:val="00E93124"/>
    <w:rsid w:val="00EB27A2"/>
    <w:rsid w:val="00F24CA9"/>
    <w:rsid w:val="00F40BCF"/>
    <w:rsid w:val="00F54C8B"/>
    <w:rsid w:val="00F7427A"/>
    <w:rsid w:val="00F852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77ECC97"/>
  <w14:defaultImageDpi w14:val="300"/>
  <w15:docId w15:val="{1933B596-57D7-45BE-B6FD-4B1F0DD6A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EC744348BE4BEEB5C8C3C65CF0F2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0D2C8C-84F1-44BD-8B94-E96CFC84EA3C}"/>
      </w:docPartPr>
      <w:docPartBody>
        <w:p w:rsidR="00317B7A" w:rsidRDefault="00317B7A" w:rsidP="00317B7A">
          <w:pPr>
            <w:pStyle w:val="84EC744348BE4BEEB5C8C3C65CF0F2DB"/>
          </w:pPr>
          <w:r>
            <w:rPr>
              <w:lang w:val="ja-JP"/>
            </w:rPr>
            <w:t>[ここに入力]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7A"/>
    <w:rsid w:val="00317B7A"/>
    <w:rsid w:val="004D6625"/>
    <w:rsid w:val="00F7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4EC744348BE4BEEB5C8C3C65CF0F2DB">
    <w:name w:val="84EC744348BE4BEEB5C8C3C65CF0F2DB"/>
    <w:rsid w:val="00317B7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1792</Words>
  <Characters>1864</Characters>
  <Application>Microsoft Office Word</Application>
  <DocSecurity>0</DocSecurity>
  <Lines>155</Lines>
  <Paragraphs>203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miyazaki 宮﨑 嘉生</cp:lastModifiedBy>
  <cp:revision>14</cp:revision>
  <dcterms:created xsi:type="dcterms:W3CDTF">2026-03-30T23:51:00Z</dcterms:created>
  <dcterms:modified xsi:type="dcterms:W3CDTF">2026-07-23T02:43:00Z</dcterms:modified>
  <cp:category/>
</cp:coreProperties>
</file>